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FFC5B0" w14:textId="77777777" w:rsidR="00655AAA" w:rsidRDefault="00000000">
      <w:pPr>
        <w:pStyle w:val="Title"/>
        <w:jc w:val="center"/>
      </w:pPr>
      <w:r>
        <w:t>Monib Foundation Qur’an Memorization and Knowledge Verification Form</w:t>
      </w:r>
    </w:p>
    <w:p w14:paraId="034FAB29" w14:textId="77777777" w:rsidR="00655AAA" w:rsidRDefault="00000000">
      <w:pPr>
        <w:spacing w:after="100"/>
        <w:jc w:val="center"/>
      </w:pPr>
      <w:r>
        <w:rPr>
          <w:b/>
          <w:bCs/>
          <w:sz w:val="21"/>
          <w:szCs w:val="21"/>
        </w:rPr>
        <w:t>Quantitative Evaluator Form • Total Score: 100 Points</w:t>
      </w:r>
    </w:p>
    <w:p w14:paraId="2265FC8B" w14:textId="77777777" w:rsidR="00655AAA" w:rsidRDefault="00000000">
      <w:pPr>
        <w:pStyle w:val="Heading1"/>
        <w:spacing w:before="100" w:after="60"/>
      </w:pPr>
      <w:r>
        <w:t>Evaluator Instructions</w:t>
      </w:r>
    </w:p>
    <w:p w14:paraId="3D962043" w14:textId="77777777" w:rsidR="00655AAA" w:rsidRDefault="00000000">
      <w:pPr>
        <w:spacing w:after="60"/>
      </w:pPr>
      <w:r>
        <w:t>This form is used to verify an applicant’s Qur’an memorization, recitation competency, and meaningful knowledge of the Qur’an for scholarship consideration. The goal is to use concrete, comparable standards rather than general impressions.</w:t>
      </w:r>
    </w:p>
    <w:p w14:paraId="43608AEC" w14:textId="77777777" w:rsidR="00655AAA" w:rsidRDefault="00000000">
      <w:pPr>
        <w:spacing w:after="60"/>
      </w:pPr>
      <w:r>
        <w:t xml:space="preserve">The evaluator should personally assess the applicant whenever possible. A Quran teacher, imam, </w:t>
      </w:r>
      <w:proofErr w:type="spellStart"/>
      <w:r>
        <w:t>hifz</w:t>
      </w:r>
      <w:proofErr w:type="spellEnd"/>
      <w:r>
        <w:t xml:space="preserve"> instructor, program director, or Monib Foundation board member competent to conduct the assessment may complete the form. Any Monib Foundation board member evaluator must follow applicable conflict-of-interest and recusal rules.</w:t>
      </w:r>
    </w:p>
    <w:p w14:paraId="69BE5EBE" w14:textId="77777777" w:rsidR="00655AAA" w:rsidRDefault="00000000">
      <w:pPr>
        <w:spacing w:after="80"/>
        <w:rPr>
          <w:i/>
          <w:iCs/>
        </w:rPr>
      </w:pPr>
      <w:r>
        <w:rPr>
          <w:i/>
          <w:iCs/>
        </w:rPr>
        <w:t xml:space="preserve">Recommended assessment time: approximately 30–45 minutes. </w:t>
      </w:r>
    </w:p>
    <w:p w14:paraId="47458527" w14:textId="77777777" w:rsidR="00655AAA" w:rsidRDefault="00655AAA">
      <w:pPr>
        <w:spacing w:after="80"/>
        <w:rPr>
          <w:i/>
          <w:iCs/>
        </w:rPr>
      </w:pPr>
    </w:p>
    <w:p w14:paraId="5111F2BF" w14:textId="77777777" w:rsidR="00655AAA" w:rsidRDefault="00000000">
      <w:pPr>
        <w:pStyle w:val="Heading1"/>
        <w:spacing w:before="100" w:after="60"/>
      </w:pPr>
      <w:r>
        <w:t>Section 1. Applicant Information</w:t>
      </w:r>
    </w:p>
    <w:p w14:paraId="389A7177" w14:textId="77777777" w:rsidR="00655AAA" w:rsidRDefault="00000000">
      <w:pPr>
        <w:spacing w:after="40"/>
      </w:pPr>
      <w:r>
        <w:rPr>
          <w:b/>
          <w:bCs/>
        </w:rPr>
        <w:t>Applicant Name:</w:t>
      </w:r>
      <w:r>
        <w:t xml:space="preserve"> _________________________________________________________________</w:t>
      </w:r>
    </w:p>
    <w:p w14:paraId="17FFA12C" w14:textId="77777777" w:rsidR="00655AAA" w:rsidRDefault="00000000">
      <w:pPr>
        <w:spacing w:after="40"/>
      </w:pPr>
      <w:r>
        <w:rPr>
          <w:b/>
          <w:bCs/>
        </w:rPr>
        <w:t>Applicant Age (optional):</w:t>
      </w:r>
      <w:r>
        <w:t xml:space="preserve"> ______________________________________________________</w:t>
      </w:r>
    </w:p>
    <w:p w14:paraId="44D6DEA4" w14:textId="77777777" w:rsidR="00655AAA" w:rsidRDefault="00000000">
      <w:pPr>
        <w:spacing w:after="40"/>
      </w:pPr>
      <w:r>
        <w:rPr>
          <w:b/>
          <w:bCs/>
        </w:rPr>
        <w:t>Current Hifz / Qur’anic Program (if any):</w:t>
      </w:r>
      <w:r>
        <w:t xml:space="preserve"> ___________________________________________</w:t>
      </w:r>
    </w:p>
    <w:p w14:paraId="02280243" w14:textId="77777777" w:rsidR="00655AAA" w:rsidRDefault="00655AAA">
      <w:pPr>
        <w:spacing w:after="40"/>
      </w:pPr>
    </w:p>
    <w:p w14:paraId="53EB7F28" w14:textId="77777777" w:rsidR="00655AAA" w:rsidRDefault="00000000">
      <w:pPr>
        <w:pStyle w:val="Heading1"/>
        <w:spacing w:before="100" w:after="60"/>
      </w:pPr>
      <w:r>
        <w:t>Section 2. Evaluator Information</w:t>
      </w:r>
    </w:p>
    <w:p w14:paraId="0C7A11EE" w14:textId="77777777" w:rsidR="00655AAA" w:rsidRDefault="00000000">
      <w:pPr>
        <w:spacing w:after="40"/>
      </w:pPr>
      <w:r>
        <w:rPr>
          <w:b/>
          <w:bCs/>
        </w:rPr>
        <w:t>Evaluator Name:</w:t>
      </w:r>
      <w:r>
        <w:t xml:space="preserve"> _________________________________________________________________</w:t>
      </w:r>
    </w:p>
    <w:p w14:paraId="420E8D42" w14:textId="77777777" w:rsidR="00655AAA" w:rsidRDefault="00000000">
      <w:pPr>
        <w:spacing w:after="40"/>
      </w:pPr>
      <w:r>
        <w:rPr>
          <w:b/>
          <w:bCs/>
        </w:rPr>
        <w:t>Title / Role:</w:t>
      </w:r>
      <w:r>
        <w:t xml:space="preserve"> _________________________________________________________________</w:t>
      </w:r>
    </w:p>
    <w:p w14:paraId="434E06DA" w14:textId="77777777" w:rsidR="00655AAA" w:rsidRDefault="00000000">
      <w:pPr>
        <w:spacing w:after="40"/>
      </w:pPr>
      <w:r>
        <w:rPr>
          <w:b/>
          <w:bCs/>
        </w:rPr>
        <w:t>Organization / Masjid / Program:</w:t>
      </w:r>
      <w:r>
        <w:t xml:space="preserve"> _____________________________________________</w:t>
      </w:r>
    </w:p>
    <w:p w14:paraId="2369A5ED" w14:textId="77777777" w:rsidR="00655AAA" w:rsidRDefault="00000000">
      <w:pPr>
        <w:spacing w:after="40"/>
      </w:pPr>
      <w:r>
        <w:rPr>
          <w:b/>
          <w:bCs/>
        </w:rPr>
        <w:t>Phone Number:</w:t>
      </w:r>
      <w:r>
        <w:t xml:space="preserve"> _______________________________________________________</w:t>
      </w:r>
    </w:p>
    <w:p w14:paraId="270F2893" w14:textId="77777777" w:rsidR="00655AAA" w:rsidRDefault="00000000">
      <w:pPr>
        <w:spacing w:after="40"/>
      </w:pPr>
      <w:r>
        <w:rPr>
          <w:b/>
          <w:bCs/>
        </w:rPr>
        <w:t>Email Address:</w:t>
      </w:r>
      <w:r>
        <w:t xml:space="preserve"> _______________________________________________________</w:t>
      </w:r>
    </w:p>
    <w:p w14:paraId="0B946114" w14:textId="77777777" w:rsidR="00655AAA" w:rsidRDefault="00000000">
      <w:pPr>
        <w:spacing w:after="40"/>
      </w:pPr>
      <w:r>
        <w:rPr>
          <w:b/>
          <w:bCs/>
        </w:rPr>
        <w:t>Relationship to Applicant:</w:t>
      </w:r>
      <w:r>
        <w:t xml:space="preserve"> ________________________________________________</w:t>
      </w:r>
    </w:p>
    <w:p w14:paraId="565CEF4A" w14:textId="77777777" w:rsidR="00655AAA" w:rsidRDefault="00000000">
      <w:pPr>
        <w:spacing w:after="40"/>
      </w:pPr>
      <w:r>
        <w:rPr>
          <w:b/>
          <w:bCs/>
        </w:rPr>
        <w:t>How long have you known the applicant?</w:t>
      </w:r>
      <w:r>
        <w:t xml:space="preserve"> __________________________________________</w:t>
      </w:r>
    </w:p>
    <w:p w14:paraId="4654DE79" w14:textId="77777777" w:rsidR="00655AAA" w:rsidRDefault="00655AAA">
      <w:pPr>
        <w:spacing w:after="40"/>
      </w:pPr>
    </w:p>
    <w:p w14:paraId="40E793B6" w14:textId="77777777" w:rsidR="00655AAA" w:rsidRDefault="00000000">
      <w:pPr>
        <w:pStyle w:val="Heading1"/>
        <w:spacing w:before="100" w:after="60"/>
      </w:pPr>
      <w:r>
        <w:t>Section 3. Verified Memorization — 40 Points</w:t>
      </w:r>
    </w:p>
    <w:p w14:paraId="0F1A7919" w14:textId="77777777" w:rsidR="00655AAA" w:rsidRDefault="00000000">
      <w:pPr>
        <w:spacing w:after="60"/>
      </w:pPr>
      <w:r>
        <w:rPr>
          <w:b/>
          <w:bCs/>
        </w:rPr>
        <w:t>A. Amount Memorized — 20 points</w:t>
      </w:r>
    </w:p>
    <w:p w14:paraId="05A46E9B" w14:textId="77777777" w:rsidR="00655AAA" w:rsidRDefault="00000000">
      <w:r>
        <w:t xml:space="preserve">Record the amount the applicant claims to have memorized and the amount you can reasonably verify. For scoring, award 20 × (verified </w:t>
      </w:r>
      <w:proofErr w:type="spellStart"/>
      <w:r>
        <w:t>juz</w:t>
      </w:r>
      <w:proofErr w:type="spellEnd"/>
      <w:r>
        <w:t xml:space="preserve"> ÷ 30), rounded to the nearest whole point.</w:t>
      </w:r>
    </w:p>
    <w:p w14:paraId="1033DE78" w14:textId="77777777" w:rsidR="00655AAA" w:rsidRDefault="00000000">
      <w:pPr>
        <w:spacing w:after="40"/>
      </w:pPr>
      <w:r>
        <w:rPr>
          <w:b/>
          <w:bCs/>
        </w:rPr>
        <w:t>Applicant reports memorizing:</w:t>
      </w:r>
      <w:r>
        <w:t xml:space="preserve"> _____________________________________________</w:t>
      </w:r>
    </w:p>
    <w:p w14:paraId="30EA50E0" w14:textId="77777777" w:rsidR="00655AAA" w:rsidRDefault="00000000">
      <w:pPr>
        <w:spacing w:after="40"/>
      </w:pPr>
      <w:r>
        <w:rPr>
          <w:b/>
          <w:bCs/>
        </w:rPr>
        <w:t xml:space="preserve">Memorized portions verified / reasonably confirmed (identify </w:t>
      </w:r>
      <w:proofErr w:type="spellStart"/>
      <w:r>
        <w:rPr>
          <w:b/>
          <w:bCs/>
        </w:rPr>
        <w:t>juz</w:t>
      </w:r>
      <w:proofErr w:type="spellEnd"/>
      <w:r>
        <w:rPr>
          <w:b/>
          <w:bCs/>
        </w:rPr>
        <w:t>/</w:t>
      </w:r>
      <w:proofErr w:type="spellStart"/>
      <w:r>
        <w:rPr>
          <w:b/>
          <w:bCs/>
        </w:rPr>
        <w:t>ajza</w:t>
      </w:r>
      <w:proofErr w:type="spellEnd"/>
      <w:r>
        <w:rPr>
          <w:b/>
          <w:bCs/>
        </w:rPr>
        <w:t xml:space="preserve"> or surahs</w:t>
      </w:r>
      <w:proofErr w:type="gramStart"/>
      <w:r>
        <w:rPr>
          <w:b/>
          <w:bCs/>
        </w:rPr>
        <w:t>) :</w:t>
      </w:r>
      <w:proofErr w:type="gramEnd"/>
      <w:r>
        <w:t xml:space="preserve"> ______________________________________</w:t>
      </w:r>
    </w:p>
    <w:p w14:paraId="282D6C74" w14:textId="77777777" w:rsidR="00655AAA" w:rsidRDefault="00000000">
      <w:pPr>
        <w:spacing w:after="40"/>
      </w:pPr>
      <w:r>
        <w:rPr>
          <w:b/>
          <w:bCs/>
        </w:rPr>
        <w:t>Memorization points: ______ / 20</w:t>
      </w:r>
      <w:r>
        <w:t xml:space="preserve"> __________________________________________</w:t>
      </w:r>
    </w:p>
    <w:p w14:paraId="71A67820" w14:textId="77777777" w:rsidR="00655AAA" w:rsidRDefault="00655AAA">
      <w:pPr>
        <w:spacing w:before="80" w:after="40"/>
        <w:rPr>
          <w:b/>
          <w:bCs/>
        </w:rPr>
      </w:pPr>
    </w:p>
    <w:p w14:paraId="1A5B6999" w14:textId="77777777" w:rsidR="00655AAA" w:rsidRDefault="00000000">
      <w:pPr>
        <w:spacing w:before="80" w:after="40"/>
      </w:pPr>
      <w:r>
        <w:rPr>
          <w:b/>
          <w:bCs/>
        </w:rPr>
        <w:t>B. Randomized Retention &amp; Accuracy Test — 20 points</w:t>
      </w:r>
    </w:p>
    <w:p w14:paraId="3FEEE3BB" w14:textId="77777777" w:rsidR="00655AAA" w:rsidRDefault="00000000">
      <w:r>
        <w:t>Select five passages from different locations within the applicant’s claimed memorized portion. Begin at an unpredictable verse or phrase where practical. Each passage is worth 4 points.</w:t>
      </w:r>
    </w:p>
    <w:tbl>
      <w:tblPr>
        <w:tblStyle w:val="a"/>
        <w:tblW w:w="103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4"/>
        <w:gridCol w:w="2074"/>
        <w:gridCol w:w="2074"/>
        <w:gridCol w:w="2074"/>
        <w:gridCol w:w="2074"/>
      </w:tblGrid>
      <w:tr w:rsidR="00655AAA" w14:paraId="28F4CCE1" w14:textId="77777777">
        <w:trPr>
          <w:jc w:val="center"/>
        </w:trPr>
        <w:tc>
          <w:tcPr>
            <w:tcW w:w="2074" w:type="dxa"/>
            <w:shd w:val="clear" w:color="auto" w:fill="D9EAF7"/>
            <w:vAlign w:val="center"/>
          </w:tcPr>
          <w:p w14:paraId="4AA34BE8" w14:textId="77777777" w:rsidR="00655AAA" w:rsidRDefault="00000000">
            <w:r>
              <w:rPr>
                <w:b/>
                <w:bCs/>
                <w:sz w:val="17"/>
                <w:szCs w:val="17"/>
              </w:rPr>
              <w:t>Passage Tested</w:t>
            </w:r>
          </w:p>
        </w:tc>
        <w:tc>
          <w:tcPr>
            <w:tcW w:w="2074" w:type="dxa"/>
            <w:shd w:val="clear" w:color="auto" w:fill="D9EAF7"/>
            <w:vAlign w:val="center"/>
          </w:tcPr>
          <w:p w14:paraId="75A3EE5A" w14:textId="77777777" w:rsidR="00655AAA" w:rsidRDefault="00000000">
            <w:r>
              <w:rPr>
                <w:b/>
                <w:bCs/>
                <w:sz w:val="17"/>
                <w:szCs w:val="17"/>
              </w:rPr>
              <w:t>4</w:t>
            </w:r>
          </w:p>
        </w:tc>
        <w:tc>
          <w:tcPr>
            <w:tcW w:w="2074" w:type="dxa"/>
            <w:shd w:val="clear" w:color="auto" w:fill="D9EAF7"/>
            <w:vAlign w:val="center"/>
          </w:tcPr>
          <w:p w14:paraId="2CFBE231" w14:textId="77777777" w:rsidR="00655AAA" w:rsidRDefault="00000000">
            <w:r>
              <w:rPr>
                <w:b/>
                <w:bCs/>
                <w:sz w:val="17"/>
                <w:szCs w:val="17"/>
              </w:rPr>
              <w:t>3</w:t>
            </w:r>
          </w:p>
        </w:tc>
        <w:tc>
          <w:tcPr>
            <w:tcW w:w="2074" w:type="dxa"/>
            <w:shd w:val="clear" w:color="auto" w:fill="D9EAF7"/>
            <w:vAlign w:val="center"/>
          </w:tcPr>
          <w:p w14:paraId="56213011" w14:textId="77777777" w:rsidR="00655AAA" w:rsidRDefault="00000000">
            <w:r>
              <w:rPr>
                <w:b/>
                <w:bCs/>
                <w:sz w:val="17"/>
                <w:szCs w:val="17"/>
              </w:rPr>
              <w:t>2</w:t>
            </w:r>
          </w:p>
        </w:tc>
        <w:tc>
          <w:tcPr>
            <w:tcW w:w="2074" w:type="dxa"/>
            <w:shd w:val="clear" w:color="auto" w:fill="D9EAF7"/>
            <w:vAlign w:val="center"/>
          </w:tcPr>
          <w:p w14:paraId="523DD3D7" w14:textId="77777777" w:rsidR="00655AAA" w:rsidRDefault="00000000">
            <w:r>
              <w:rPr>
                <w:b/>
                <w:bCs/>
                <w:sz w:val="17"/>
                <w:szCs w:val="17"/>
              </w:rPr>
              <w:t>1 / 0</w:t>
            </w:r>
          </w:p>
        </w:tc>
      </w:tr>
      <w:tr w:rsidR="00655AAA" w14:paraId="534760F7" w14:textId="77777777">
        <w:trPr>
          <w:jc w:val="center"/>
        </w:trPr>
        <w:tc>
          <w:tcPr>
            <w:tcW w:w="2074" w:type="dxa"/>
            <w:vAlign w:val="center"/>
          </w:tcPr>
          <w:p w14:paraId="52648B2F" w14:textId="77777777" w:rsidR="00655AAA" w:rsidRDefault="00000000">
            <w:r>
              <w:rPr>
                <w:sz w:val="17"/>
                <w:szCs w:val="17"/>
              </w:rPr>
              <w:t>1. __________________</w:t>
            </w:r>
          </w:p>
        </w:tc>
        <w:tc>
          <w:tcPr>
            <w:tcW w:w="2074" w:type="dxa"/>
            <w:vAlign w:val="center"/>
          </w:tcPr>
          <w:p w14:paraId="763C73CC" w14:textId="77777777" w:rsidR="00655AAA" w:rsidRDefault="00000000">
            <w:r>
              <w:rPr>
                <w:sz w:val="17"/>
                <w:szCs w:val="17"/>
              </w:rPr>
              <w:t>☐ Accurate &amp; independent</w:t>
            </w:r>
          </w:p>
        </w:tc>
        <w:tc>
          <w:tcPr>
            <w:tcW w:w="2074" w:type="dxa"/>
            <w:vAlign w:val="center"/>
          </w:tcPr>
          <w:p w14:paraId="08333E44" w14:textId="77777777" w:rsidR="00655AAA" w:rsidRDefault="00000000">
            <w:r>
              <w:rPr>
                <w:sz w:val="17"/>
                <w:szCs w:val="17"/>
              </w:rPr>
              <w:t>☐ 1 minor prompt/correction</w:t>
            </w:r>
          </w:p>
        </w:tc>
        <w:tc>
          <w:tcPr>
            <w:tcW w:w="2074" w:type="dxa"/>
            <w:vAlign w:val="center"/>
          </w:tcPr>
          <w:p w14:paraId="30E8726C" w14:textId="77777777" w:rsidR="00655AAA" w:rsidRDefault="00000000">
            <w:r>
              <w:rPr>
                <w:sz w:val="17"/>
                <w:szCs w:val="17"/>
              </w:rPr>
              <w:t>☐ Multiple corrections; completes</w:t>
            </w:r>
          </w:p>
        </w:tc>
        <w:tc>
          <w:tcPr>
            <w:tcW w:w="2074" w:type="dxa"/>
            <w:vAlign w:val="center"/>
          </w:tcPr>
          <w:p w14:paraId="607A6A28" w14:textId="77777777" w:rsidR="00655AAA" w:rsidRDefault="00000000">
            <w:r>
              <w:rPr>
                <w:sz w:val="17"/>
                <w:szCs w:val="17"/>
              </w:rPr>
              <w:t>☐ 1 = substantial prompting</w:t>
            </w:r>
            <w:r>
              <w:rPr>
                <w:sz w:val="17"/>
                <w:szCs w:val="17"/>
              </w:rPr>
              <w:br/>
              <w:t>☐ 0 = unable to continue</w:t>
            </w:r>
          </w:p>
        </w:tc>
      </w:tr>
      <w:tr w:rsidR="00655AAA" w14:paraId="41016965" w14:textId="77777777">
        <w:trPr>
          <w:jc w:val="center"/>
        </w:trPr>
        <w:tc>
          <w:tcPr>
            <w:tcW w:w="2074" w:type="dxa"/>
            <w:vAlign w:val="center"/>
          </w:tcPr>
          <w:p w14:paraId="745FB4CD" w14:textId="77777777" w:rsidR="00655AAA" w:rsidRDefault="00000000">
            <w:r>
              <w:rPr>
                <w:sz w:val="17"/>
                <w:szCs w:val="17"/>
              </w:rPr>
              <w:lastRenderedPageBreak/>
              <w:t>2. __________________</w:t>
            </w:r>
          </w:p>
        </w:tc>
        <w:tc>
          <w:tcPr>
            <w:tcW w:w="2074" w:type="dxa"/>
            <w:vAlign w:val="center"/>
          </w:tcPr>
          <w:p w14:paraId="16A80AD8" w14:textId="77777777" w:rsidR="00655AAA" w:rsidRDefault="00000000">
            <w:r>
              <w:rPr>
                <w:sz w:val="17"/>
                <w:szCs w:val="17"/>
              </w:rPr>
              <w:t>☐ Accurate &amp; independent</w:t>
            </w:r>
          </w:p>
        </w:tc>
        <w:tc>
          <w:tcPr>
            <w:tcW w:w="2074" w:type="dxa"/>
            <w:vAlign w:val="center"/>
          </w:tcPr>
          <w:p w14:paraId="47B4C960" w14:textId="77777777" w:rsidR="00655AAA" w:rsidRDefault="00000000">
            <w:r>
              <w:rPr>
                <w:sz w:val="17"/>
                <w:szCs w:val="17"/>
              </w:rPr>
              <w:t>☐ 1 minor prompt/correction</w:t>
            </w:r>
          </w:p>
        </w:tc>
        <w:tc>
          <w:tcPr>
            <w:tcW w:w="2074" w:type="dxa"/>
            <w:vAlign w:val="center"/>
          </w:tcPr>
          <w:p w14:paraId="7D9E3798" w14:textId="77777777" w:rsidR="00655AAA" w:rsidRDefault="00000000">
            <w:r>
              <w:rPr>
                <w:sz w:val="17"/>
                <w:szCs w:val="17"/>
              </w:rPr>
              <w:t>☐ Multiple corrections; completes</w:t>
            </w:r>
          </w:p>
        </w:tc>
        <w:tc>
          <w:tcPr>
            <w:tcW w:w="2074" w:type="dxa"/>
            <w:vAlign w:val="center"/>
          </w:tcPr>
          <w:p w14:paraId="39C7CC9D" w14:textId="77777777" w:rsidR="00655AAA" w:rsidRDefault="00000000">
            <w:r>
              <w:rPr>
                <w:sz w:val="17"/>
                <w:szCs w:val="17"/>
              </w:rPr>
              <w:t>☐ 1 = substantial prompting</w:t>
            </w:r>
            <w:r>
              <w:rPr>
                <w:sz w:val="17"/>
                <w:szCs w:val="17"/>
              </w:rPr>
              <w:br/>
              <w:t>☐ 0 = unable to continue</w:t>
            </w:r>
          </w:p>
        </w:tc>
      </w:tr>
      <w:tr w:rsidR="00655AAA" w14:paraId="1D07622B" w14:textId="77777777">
        <w:trPr>
          <w:jc w:val="center"/>
        </w:trPr>
        <w:tc>
          <w:tcPr>
            <w:tcW w:w="2074" w:type="dxa"/>
            <w:vAlign w:val="center"/>
          </w:tcPr>
          <w:p w14:paraId="6E3510AB" w14:textId="77777777" w:rsidR="00655AAA" w:rsidRDefault="00000000">
            <w:r>
              <w:rPr>
                <w:sz w:val="17"/>
                <w:szCs w:val="17"/>
              </w:rPr>
              <w:t>3. __________________</w:t>
            </w:r>
          </w:p>
        </w:tc>
        <w:tc>
          <w:tcPr>
            <w:tcW w:w="2074" w:type="dxa"/>
            <w:vAlign w:val="center"/>
          </w:tcPr>
          <w:p w14:paraId="04CD6D2E" w14:textId="77777777" w:rsidR="00655AAA" w:rsidRDefault="00000000">
            <w:r>
              <w:rPr>
                <w:sz w:val="17"/>
                <w:szCs w:val="17"/>
              </w:rPr>
              <w:t>☐ Accurate &amp; independent</w:t>
            </w:r>
          </w:p>
        </w:tc>
        <w:tc>
          <w:tcPr>
            <w:tcW w:w="2074" w:type="dxa"/>
            <w:vAlign w:val="center"/>
          </w:tcPr>
          <w:p w14:paraId="57E23754" w14:textId="77777777" w:rsidR="00655AAA" w:rsidRDefault="00000000">
            <w:r>
              <w:rPr>
                <w:sz w:val="17"/>
                <w:szCs w:val="17"/>
              </w:rPr>
              <w:t>☐ 1 minor prompt/correction</w:t>
            </w:r>
          </w:p>
        </w:tc>
        <w:tc>
          <w:tcPr>
            <w:tcW w:w="2074" w:type="dxa"/>
            <w:vAlign w:val="center"/>
          </w:tcPr>
          <w:p w14:paraId="1C718582" w14:textId="77777777" w:rsidR="00655AAA" w:rsidRDefault="00000000">
            <w:r>
              <w:rPr>
                <w:sz w:val="17"/>
                <w:szCs w:val="17"/>
              </w:rPr>
              <w:t>☐ Multiple corrections; completes</w:t>
            </w:r>
          </w:p>
        </w:tc>
        <w:tc>
          <w:tcPr>
            <w:tcW w:w="2074" w:type="dxa"/>
            <w:vAlign w:val="center"/>
          </w:tcPr>
          <w:p w14:paraId="4A1B8698" w14:textId="77777777" w:rsidR="00655AAA" w:rsidRDefault="00000000">
            <w:r>
              <w:rPr>
                <w:sz w:val="17"/>
                <w:szCs w:val="17"/>
              </w:rPr>
              <w:t>☐ 1 = substantial prompting</w:t>
            </w:r>
            <w:r>
              <w:rPr>
                <w:sz w:val="17"/>
                <w:szCs w:val="17"/>
              </w:rPr>
              <w:br/>
              <w:t>☐ 0 = unable to continue</w:t>
            </w:r>
          </w:p>
        </w:tc>
      </w:tr>
      <w:tr w:rsidR="00655AAA" w14:paraId="123C581A" w14:textId="77777777">
        <w:trPr>
          <w:jc w:val="center"/>
        </w:trPr>
        <w:tc>
          <w:tcPr>
            <w:tcW w:w="2074" w:type="dxa"/>
            <w:vAlign w:val="center"/>
          </w:tcPr>
          <w:p w14:paraId="3F4DC325" w14:textId="77777777" w:rsidR="00655AAA" w:rsidRDefault="00000000">
            <w:r>
              <w:rPr>
                <w:sz w:val="17"/>
                <w:szCs w:val="17"/>
              </w:rPr>
              <w:t>4. __________________</w:t>
            </w:r>
          </w:p>
        </w:tc>
        <w:tc>
          <w:tcPr>
            <w:tcW w:w="2074" w:type="dxa"/>
            <w:vAlign w:val="center"/>
          </w:tcPr>
          <w:p w14:paraId="25442CC6" w14:textId="77777777" w:rsidR="00655AAA" w:rsidRDefault="00000000">
            <w:r>
              <w:rPr>
                <w:sz w:val="17"/>
                <w:szCs w:val="17"/>
              </w:rPr>
              <w:t>☐ Accurate &amp; independent</w:t>
            </w:r>
          </w:p>
        </w:tc>
        <w:tc>
          <w:tcPr>
            <w:tcW w:w="2074" w:type="dxa"/>
            <w:vAlign w:val="center"/>
          </w:tcPr>
          <w:p w14:paraId="43766299" w14:textId="77777777" w:rsidR="00655AAA" w:rsidRDefault="00000000">
            <w:r>
              <w:rPr>
                <w:sz w:val="17"/>
                <w:szCs w:val="17"/>
              </w:rPr>
              <w:t>☐ 1 minor prompt/correction</w:t>
            </w:r>
          </w:p>
        </w:tc>
        <w:tc>
          <w:tcPr>
            <w:tcW w:w="2074" w:type="dxa"/>
            <w:vAlign w:val="center"/>
          </w:tcPr>
          <w:p w14:paraId="2FB16A0A" w14:textId="77777777" w:rsidR="00655AAA" w:rsidRDefault="00000000">
            <w:r>
              <w:rPr>
                <w:sz w:val="17"/>
                <w:szCs w:val="17"/>
              </w:rPr>
              <w:t>☐ Multiple corrections; completes</w:t>
            </w:r>
          </w:p>
        </w:tc>
        <w:tc>
          <w:tcPr>
            <w:tcW w:w="2074" w:type="dxa"/>
            <w:vAlign w:val="center"/>
          </w:tcPr>
          <w:p w14:paraId="443DCF09" w14:textId="77777777" w:rsidR="00655AAA" w:rsidRDefault="00000000">
            <w:r>
              <w:rPr>
                <w:sz w:val="17"/>
                <w:szCs w:val="17"/>
              </w:rPr>
              <w:t>☐ 1 = substantial prompting</w:t>
            </w:r>
            <w:r>
              <w:rPr>
                <w:sz w:val="17"/>
                <w:szCs w:val="17"/>
              </w:rPr>
              <w:br/>
              <w:t>☐ 0 = unable to continue</w:t>
            </w:r>
          </w:p>
        </w:tc>
      </w:tr>
      <w:tr w:rsidR="00655AAA" w14:paraId="695CADDB" w14:textId="77777777">
        <w:trPr>
          <w:jc w:val="center"/>
        </w:trPr>
        <w:tc>
          <w:tcPr>
            <w:tcW w:w="2074" w:type="dxa"/>
            <w:vAlign w:val="center"/>
          </w:tcPr>
          <w:p w14:paraId="300C8A07" w14:textId="77777777" w:rsidR="00655AAA" w:rsidRDefault="00000000">
            <w:r>
              <w:rPr>
                <w:sz w:val="17"/>
                <w:szCs w:val="17"/>
              </w:rPr>
              <w:t>5. __________________</w:t>
            </w:r>
          </w:p>
        </w:tc>
        <w:tc>
          <w:tcPr>
            <w:tcW w:w="2074" w:type="dxa"/>
            <w:vAlign w:val="center"/>
          </w:tcPr>
          <w:p w14:paraId="6C180B4D" w14:textId="77777777" w:rsidR="00655AAA" w:rsidRDefault="00000000">
            <w:r>
              <w:rPr>
                <w:sz w:val="17"/>
                <w:szCs w:val="17"/>
              </w:rPr>
              <w:t>☐ Accurate &amp; independent</w:t>
            </w:r>
          </w:p>
        </w:tc>
        <w:tc>
          <w:tcPr>
            <w:tcW w:w="2074" w:type="dxa"/>
            <w:vAlign w:val="center"/>
          </w:tcPr>
          <w:p w14:paraId="7176843A" w14:textId="77777777" w:rsidR="00655AAA" w:rsidRDefault="00000000">
            <w:r>
              <w:rPr>
                <w:sz w:val="17"/>
                <w:szCs w:val="17"/>
              </w:rPr>
              <w:t>☐ 1 minor prompt/correction</w:t>
            </w:r>
          </w:p>
        </w:tc>
        <w:tc>
          <w:tcPr>
            <w:tcW w:w="2074" w:type="dxa"/>
            <w:vAlign w:val="center"/>
          </w:tcPr>
          <w:p w14:paraId="6ABB9DA1" w14:textId="77777777" w:rsidR="00655AAA" w:rsidRDefault="00000000">
            <w:r>
              <w:rPr>
                <w:sz w:val="17"/>
                <w:szCs w:val="17"/>
              </w:rPr>
              <w:t>☐ Multiple corrections; completes</w:t>
            </w:r>
          </w:p>
        </w:tc>
        <w:tc>
          <w:tcPr>
            <w:tcW w:w="2074" w:type="dxa"/>
            <w:vAlign w:val="center"/>
          </w:tcPr>
          <w:p w14:paraId="3A9B0D5E" w14:textId="77777777" w:rsidR="00655AAA" w:rsidRDefault="00000000">
            <w:r>
              <w:rPr>
                <w:sz w:val="17"/>
                <w:szCs w:val="17"/>
              </w:rPr>
              <w:t>☐ 1 = substantial prompting</w:t>
            </w:r>
            <w:r>
              <w:rPr>
                <w:sz w:val="17"/>
                <w:szCs w:val="17"/>
              </w:rPr>
              <w:br/>
              <w:t>☐ 0 = unable to continue</w:t>
            </w:r>
          </w:p>
        </w:tc>
      </w:tr>
    </w:tbl>
    <w:p w14:paraId="23869B2E" w14:textId="77777777" w:rsidR="00655AAA" w:rsidRDefault="00000000">
      <w:pPr>
        <w:spacing w:after="40"/>
      </w:pPr>
      <w:r>
        <w:rPr>
          <w:b/>
          <w:bCs/>
        </w:rPr>
        <w:t>Randomized test points: ______ / 20</w:t>
      </w:r>
      <w:r>
        <w:t xml:space="preserve"> __________________________________________</w:t>
      </w:r>
    </w:p>
    <w:p w14:paraId="7DFBE768" w14:textId="77777777" w:rsidR="00655AAA" w:rsidRDefault="00000000">
      <w:pPr>
        <w:spacing w:after="40"/>
      </w:pPr>
      <w:r>
        <w:rPr>
          <w:b/>
          <w:bCs/>
        </w:rPr>
        <w:t>TOTAL MEMORIZATION SCORE: ______ / 40</w:t>
      </w:r>
      <w:r>
        <w:t xml:space="preserve"> ______________________________________</w:t>
      </w:r>
    </w:p>
    <w:p w14:paraId="43E98DB9" w14:textId="77777777" w:rsidR="00655AAA" w:rsidRDefault="00655AAA">
      <w:pPr>
        <w:spacing w:after="40"/>
      </w:pPr>
    </w:p>
    <w:p w14:paraId="71EEBF4E" w14:textId="77777777" w:rsidR="00655AAA" w:rsidRDefault="00000000">
      <w:pPr>
        <w:pStyle w:val="Heading1"/>
        <w:spacing w:before="100" w:after="60"/>
      </w:pPr>
      <w:r>
        <w:t>Section 4. Tajweed and Recitation Competency — 20 Points</w:t>
      </w:r>
    </w:p>
    <w:p w14:paraId="6F2E1004" w14:textId="77777777" w:rsidR="00655AAA" w:rsidRDefault="00000000">
      <w:r>
        <w:t xml:space="preserve">Assess demonstrated application of </w:t>
      </w:r>
      <w:proofErr w:type="spellStart"/>
      <w:r>
        <w:t>tajweed</w:t>
      </w:r>
      <w:proofErr w:type="spellEnd"/>
      <w:r>
        <w:t xml:space="preserve"> rules during recitation. Use the same or comparable passage difficulty when assessing multiple applicants where practical. Score each competency according to the stated maximum (4 or 3 points). </w:t>
      </w:r>
    </w:p>
    <w:p w14:paraId="55294CE2" w14:textId="77777777" w:rsidR="00655AAA" w:rsidRDefault="00000000">
      <w:r>
        <w:t xml:space="preserve">Scoring guide: </w:t>
      </w:r>
    </w:p>
    <w:p w14:paraId="2C775571" w14:textId="77777777" w:rsidR="00655AAA" w:rsidRDefault="00000000">
      <w:r>
        <w:t xml:space="preserve">For 4-point items: 4 = consistently correct; 3 = generally correct with occasional errors; 2 = inconsistent application; 1 = limited competency; 0 = not demonstrated. </w:t>
      </w:r>
    </w:p>
    <w:p w14:paraId="791593A2" w14:textId="77777777" w:rsidR="00655AAA" w:rsidRDefault="00000000">
      <w:r>
        <w:t>For 3-point items, apply the same progression from consistently correct (3) to not demonstrated (0).</w:t>
      </w:r>
    </w:p>
    <w:tbl>
      <w:tblPr>
        <w:tblStyle w:val="a0"/>
        <w:tblW w:w="103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56"/>
        <w:gridCol w:w="3456"/>
        <w:gridCol w:w="3456"/>
      </w:tblGrid>
      <w:tr w:rsidR="00655AAA" w14:paraId="7E8B4B22" w14:textId="77777777">
        <w:trPr>
          <w:jc w:val="center"/>
        </w:trPr>
        <w:tc>
          <w:tcPr>
            <w:tcW w:w="3456" w:type="dxa"/>
            <w:shd w:val="clear" w:color="auto" w:fill="D9EAF7"/>
            <w:vAlign w:val="center"/>
          </w:tcPr>
          <w:p w14:paraId="4BCDA7E9" w14:textId="77777777" w:rsidR="00655AAA" w:rsidRDefault="00000000">
            <w:r>
              <w:rPr>
                <w:b/>
                <w:bCs/>
                <w:sz w:val="17"/>
                <w:szCs w:val="17"/>
              </w:rPr>
              <w:t>Competency</w:t>
            </w:r>
          </w:p>
        </w:tc>
        <w:tc>
          <w:tcPr>
            <w:tcW w:w="3456" w:type="dxa"/>
            <w:shd w:val="clear" w:color="auto" w:fill="D9EAF7"/>
            <w:vAlign w:val="center"/>
          </w:tcPr>
          <w:p w14:paraId="2BAF6B70" w14:textId="77777777" w:rsidR="00655AAA" w:rsidRDefault="00000000">
            <w:r>
              <w:rPr>
                <w:b/>
                <w:bCs/>
                <w:sz w:val="17"/>
                <w:szCs w:val="17"/>
              </w:rPr>
              <w:t>Maximum</w:t>
            </w:r>
          </w:p>
        </w:tc>
        <w:tc>
          <w:tcPr>
            <w:tcW w:w="3456" w:type="dxa"/>
            <w:shd w:val="clear" w:color="auto" w:fill="D9EAF7"/>
            <w:vAlign w:val="center"/>
          </w:tcPr>
          <w:p w14:paraId="03B980B5" w14:textId="77777777" w:rsidR="00655AAA" w:rsidRDefault="00000000">
            <w:r>
              <w:rPr>
                <w:b/>
                <w:bCs/>
                <w:sz w:val="17"/>
                <w:szCs w:val="17"/>
              </w:rPr>
              <w:t>Score</w:t>
            </w:r>
          </w:p>
        </w:tc>
      </w:tr>
      <w:tr w:rsidR="00655AAA" w14:paraId="3F952304" w14:textId="77777777">
        <w:trPr>
          <w:jc w:val="center"/>
        </w:trPr>
        <w:tc>
          <w:tcPr>
            <w:tcW w:w="3456" w:type="dxa"/>
            <w:vAlign w:val="center"/>
          </w:tcPr>
          <w:p w14:paraId="40CE5E13" w14:textId="77777777" w:rsidR="00655AAA" w:rsidRDefault="00000000">
            <w:proofErr w:type="spellStart"/>
            <w:r>
              <w:rPr>
                <w:sz w:val="17"/>
                <w:szCs w:val="17"/>
              </w:rPr>
              <w:t>Makharij</w:t>
            </w:r>
            <w:proofErr w:type="spellEnd"/>
            <w:r>
              <w:rPr>
                <w:sz w:val="17"/>
                <w:szCs w:val="17"/>
              </w:rPr>
              <w:t xml:space="preserve"> — correct articulation of letters</w:t>
            </w:r>
          </w:p>
        </w:tc>
        <w:tc>
          <w:tcPr>
            <w:tcW w:w="3456" w:type="dxa"/>
            <w:vAlign w:val="center"/>
          </w:tcPr>
          <w:p w14:paraId="47FBC902" w14:textId="77777777" w:rsidR="00655AAA" w:rsidRDefault="00000000">
            <w:r>
              <w:rPr>
                <w:sz w:val="17"/>
                <w:szCs w:val="17"/>
              </w:rPr>
              <w:t>4</w:t>
            </w:r>
          </w:p>
        </w:tc>
        <w:tc>
          <w:tcPr>
            <w:tcW w:w="3456" w:type="dxa"/>
            <w:vAlign w:val="center"/>
          </w:tcPr>
          <w:p w14:paraId="215B1DDB" w14:textId="77777777" w:rsidR="00655AAA" w:rsidRDefault="00000000">
            <w:r>
              <w:rPr>
                <w:sz w:val="17"/>
                <w:szCs w:val="17"/>
              </w:rPr>
              <w:t>____ / 4</w:t>
            </w:r>
          </w:p>
        </w:tc>
      </w:tr>
      <w:tr w:rsidR="00655AAA" w14:paraId="5F35F25D" w14:textId="77777777">
        <w:trPr>
          <w:jc w:val="center"/>
        </w:trPr>
        <w:tc>
          <w:tcPr>
            <w:tcW w:w="3456" w:type="dxa"/>
            <w:vAlign w:val="center"/>
          </w:tcPr>
          <w:p w14:paraId="576D1CBB" w14:textId="77777777" w:rsidR="00655AAA" w:rsidRDefault="00000000">
            <w:r>
              <w:rPr>
                <w:sz w:val="17"/>
                <w:szCs w:val="17"/>
              </w:rPr>
              <w:t>Sifat al-</w:t>
            </w:r>
            <w:proofErr w:type="spellStart"/>
            <w:r>
              <w:rPr>
                <w:sz w:val="17"/>
                <w:szCs w:val="17"/>
              </w:rPr>
              <w:t>huruf</w:t>
            </w:r>
            <w:proofErr w:type="spellEnd"/>
            <w:r>
              <w:rPr>
                <w:sz w:val="17"/>
                <w:szCs w:val="17"/>
              </w:rPr>
              <w:t xml:space="preserve"> — appropriate letter characteristics</w:t>
            </w:r>
          </w:p>
        </w:tc>
        <w:tc>
          <w:tcPr>
            <w:tcW w:w="3456" w:type="dxa"/>
            <w:vAlign w:val="center"/>
          </w:tcPr>
          <w:p w14:paraId="0FF40854" w14:textId="77777777" w:rsidR="00655AAA" w:rsidRDefault="00000000">
            <w:r>
              <w:rPr>
                <w:sz w:val="17"/>
                <w:szCs w:val="17"/>
              </w:rPr>
              <w:t>4</w:t>
            </w:r>
          </w:p>
        </w:tc>
        <w:tc>
          <w:tcPr>
            <w:tcW w:w="3456" w:type="dxa"/>
            <w:vAlign w:val="center"/>
          </w:tcPr>
          <w:p w14:paraId="1FF0428E" w14:textId="77777777" w:rsidR="00655AAA" w:rsidRDefault="00000000">
            <w:r>
              <w:rPr>
                <w:sz w:val="17"/>
                <w:szCs w:val="17"/>
              </w:rPr>
              <w:t>____ / 4</w:t>
            </w:r>
          </w:p>
        </w:tc>
      </w:tr>
      <w:tr w:rsidR="00655AAA" w14:paraId="4C5C877A" w14:textId="77777777">
        <w:trPr>
          <w:jc w:val="center"/>
        </w:trPr>
        <w:tc>
          <w:tcPr>
            <w:tcW w:w="3456" w:type="dxa"/>
            <w:vAlign w:val="center"/>
          </w:tcPr>
          <w:p w14:paraId="339FBD24" w14:textId="77777777" w:rsidR="00655AAA" w:rsidRDefault="00000000">
            <w:r>
              <w:rPr>
                <w:sz w:val="17"/>
                <w:szCs w:val="17"/>
              </w:rPr>
              <w:t xml:space="preserve">Nun </w:t>
            </w:r>
            <w:proofErr w:type="spellStart"/>
            <w:r>
              <w:rPr>
                <w:sz w:val="17"/>
                <w:szCs w:val="17"/>
              </w:rPr>
              <w:t>sakinah</w:t>
            </w:r>
            <w:proofErr w:type="spellEnd"/>
            <w:r>
              <w:rPr>
                <w:sz w:val="17"/>
                <w:szCs w:val="17"/>
              </w:rPr>
              <w:t>/</w:t>
            </w:r>
            <w:proofErr w:type="spellStart"/>
            <w:r>
              <w:rPr>
                <w:sz w:val="17"/>
                <w:szCs w:val="17"/>
              </w:rPr>
              <w:t>tanween</w:t>
            </w:r>
            <w:proofErr w:type="spellEnd"/>
            <w:r>
              <w:rPr>
                <w:sz w:val="17"/>
                <w:szCs w:val="17"/>
              </w:rPr>
              <w:t xml:space="preserve"> and </w:t>
            </w:r>
            <w:proofErr w:type="spellStart"/>
            <w:r>
              <w:rPr>
                <w:sz w:val="17"/>
                <w:szCs w:val="17"/>
              </w:rPr>
              <w:t>mim</w:t>
            </w:r>
            <w:proofErr w:type="spellEnd"/>
            <w:r>
              <w:rPr>
                <w:sz w:val="17"/>
                <w:szCs w:val="17"/>
              </w:rPr>
              <w:t xml:space="preserve"> </w:t>
            </w:r>
            <w:proofErr w:type="spellStart"/>
            <w:r>
              <w:rPr>
                <w:sz w:val="17"/>
                <w:szCs w:val="17"/>
              </w:rPr>
              <w:t>sakinah</w:t>
            </w:r>
            <w:proofErr w:type="spellEnd"/>
            <w:r>
              <w:rPr>
                <w:sz w:val="17"/>
                <w:szCs w:val="17"/>
              </w:rPr>
              <w:t xml:space="preserve"> rules</w:t>
            </w:r>
          </w:p>
        </w:tc>
        <w:tc>
          <w:tcPr>
            <w:tcW w:w="3456" w:type="dxa"/>
            <w:vAlign w:val="center"/>
          </w:tcPr>
          <w:p w14:paraId="1227E260" w14:textId="77777777" w:rsidR="00655AAA" w:rsidRDefault="00000000">
            <w:r>
              <w:rPr>
                <w:sz w:val="17"/>
                <w:szCs w:val="17"/>
              </w:rPr>
              <w:t>3</w:t>
            </w:r>
          </w:p>
        </w:tc>
        <w:tc>
          <w:tcPr>
            <w:tcW w:w="3456" w:type="dxa"/>
            <w:vAlign w:val="center"/>
          </w:tcPr>
          <w:p w14:paraId="1F243D9E" w14:textId="77777777" w:rsidR="00655AAA" w:rsidRDefault="00000000">
            <w:r>
              <w:rPr>
                <w:sz w:val="17"/>
                <w:szCs w:val="17"/>
              </w:rPr>
              <w:t>____ / 3</w:t>
            </w:r>
          </w:p>
        </w:tc>
      </w:tr>
      <w:tr w:rsidR="00655AAA" w14:paraId="0B3F12C5" w14:textId="77777777">
        <w:trPr>
          <w:jc w:val="center"/>
        </w:trPr>
        <w:tc>
          <w:tcPr>
            <w:tcW w:w="3456" w:type="dxa"/>
            <w:vAlign w:val="center"/>
          </w:tcPr>
          <w:p w14:paraId="14C62C30" w14:textId="77777777" w:rsidR="00655AAA" w:rsidRDefault="00000000">
            <w:r>
              <w:rPr>
                <w:sz w:val="17"/>
                <w:szCs w:val="17"/>
              </w:rPr>
              <w:t>Madd — correct types and lengths</w:t>
            </w:r>
          </w:p>
        </w:tc>
        <w:tc>
          <w:tcPr>
            <w:tcW w:w="3456" w:type="dxa"/>
            <w:vAlign w:val="center"/>
          </w:tcPr>
          <w:p w14:paraId="1199F140" w14:textId="77777777" w:rsidR="00655AAA" w:rsidRDefault="00000000">
            <w:r>
              <w:rPr>
                <w:sz w:val="17"/>
                <w:szCs w:val="17"/>
              </w:rPr>
              <w:t>3</w:t>
            </w:r>
          </w:p>
        </w:tc>
        <w:tc>
          <w:tcPr>
            <w:tcW w:w="3456" w:type="dxa"/>
            <w:vAlign w:val="center"/>
          </w:tcPr>
          <w:p w14:paraId="59C8E67C" w14:textId="77777777" w:rsidR="00655AAA" w:rsidRDefault="00000000">
            <w:r>
              <w:rPr>
                <w:sz w:val="17"/>
                <w:szCs w:val="17"/>
              </w:rPr>
              <w:t>____ / 3</w:t>
            </w:r>
          </w:p>
        </w:tc>
      </w:tr>
      <w:tr w:rsidR="00655AAA" w14:paraId="0BD5C0C6" w14:textId="77777777">
        <w:trPr>
          <w:jc w:val="center"/>
        </w:trPr>
        <w:tc>
          <w:tcPr>
            <w:tcW w:w="3456" w:type="dxa"/>
            <w:vAlign w:val="center"/>
          </w:tcPr>
          <w:p w14:paraId="0DBFBC60" w14:textId="77777777" w:rsidR="00655AAA" w:rsidRDefault="00000000">
            <w:proofErr w:type="spellStart"/>
            <w:r>
              <w:rPr>
                <w:sz w:val="17"/>
                <w:szCs w:val="17"/>
              </w:rPr>
              <w:t>Qalqalah</w:t>
            </w:r>
            <w:proofErr w:type="spellEnd"/>
            <w:r>
              <w:rPr>
                <w:sz w:val="17"/>
                <w:szCs w:val="17"/>
              </w:rPr>
              <w:t xml:space="preserve">, </w:t>
            </w:r>
            <w:proofErr w:type="spellStart"/>
            <w:r>
              <w:rPr>
                <w:sz w:val="17"/>
                <w:szCs w:val="17"/>
              </w:rPr>
              <w:t>tafkhim</w:t>
            </w:r>
            <w:proofErr w:type="spellEnd"/>
            <w:r>
              <w:rPr>
                <w:sz w:val="17"/>
                <w:szCs w:val="17"/>
              </w:rPr>
              <w:t>/</w:t>
            </w:r>
            <w:proofErr w:type="spellStart"/>
            <w:r>
              <w:rPr>
                <w:sz w:val="17"/>
                <w:szCs w:val="17"/>
              </w:rPr>
              <w:t>tarqiq</w:t>
            </w:r>
            <w:proofErr w:type="spellEnd"/>
            <w:r>
              <w:rPr>
                <w:sz w:val="17"/>
                <w:szCs w:val="17"/>
              </w:rPr>
              <w:t xml:space="preserve"> and related rules</w:t>
            </w:r>
          </w:p>
        </w:tc>
        <w:tc>
          <w:tcPr>
            <w:tcW w:w="3456" w:type="dxa"/>
            <w:vAlign w:val="center"/>
          </w:tcPr>
          <w:p w14:paraId="0FAA7A2E" w14:textId="77777777" w:rsidR="00655AAA" w:rsidRDefault="00000000">
            <w:r>
              <w:rPr>
                <w:sz w:val="17"/>
                <w:szCs w:val="17"/>
              </w:rPr>
              <w:t>3</w:t>
            </w:r>
          </w:p>
        </w:tc>
        <w:tc>
          <w:tcPr>
            <w:tcW w:w="3456" w:type="dxa"/>
            <w:vAlign w:val="center"/>
          </w:tcPr>
          <w:p w14:paraId="1A1DFF3F" w14:textId="77777777" w:rsidR="00655AAA" w:rsidRDefault="00000000">
            <w:r>
              <w:rPr>
                <w:sz w:val="17"/>
                <w:szCs w:val="17"/>
              </w:rPr>
              <w:t>____ / 3</w:t>
            </w:r>
          </w:p>
        </w:tc>
      </w:tr>
      <w:tr w:rsidR="00655AAA" w14:paraId="57E87427" w14:textId="77777777">
        <w:trPr>
          <w:jc w:val="center"/>
        </w:trPr>
        <w:tc>
          <w:tcPr>
            <w:tcW w:w="3456" w:type="dxa"/>
            <w:vAlign w:val="center"/>
          </w:tcPr>
          <w:p w14:paraId="225117D7" w14:textId="77777777" w:rsidR="00655AAA" w:rsidRDefault="00000000">
            <w:r>
              <w:rPr>
                <w:sz w:val="17"/>
                <w:szCs w:val="17"/>
              </w:rPr>
              <w:t xml:space="preserve">Waqf and </w:t>
            </w:r>
            <w:proofErr w:type="spellStart"/>
            <w:r>
              <w:rPr>
                <w:sz w:val="17"/>
                <w:szCs w:val="17"/>
              </w:rPr>
              <w:t>ibtida</w:t>
            </w:r>
            <w:proofErr w:type="spellEnd"/>
            <w:r>
              <w:rPr>
                <w:sz w:val="17"/>
                <w:szCs w:val="17"/>
              </w:rPr>
              <w:t>’ — appropriate stopping/starting</w:t>
            </w:r>
          </w:p>
        </w:tc>
        <w:tc>
          <w:tcPr>
            <w:tcW w:w="3456" w:type="dxa"/>
            <w:vAlign w:val="center"/>
          </w:tcPr>
          <w:p w14:paraId="1C0C5784" w14:textId="77777777" w:rsidR="00655AAA" w:rsidRDefault="00000000">
            <w:r>
              <w:rPr>
                <w:sz w:val="17"/>
                <w:szCs w:val="17"/>
              </w:rPr>
              <w:t>3</w:t>
            </w:r>
          </w:p>
        </w:tc>
        <w:tc>
          <w:tcPr>
            <w:tcW w:w="3456" w:type="dxa"/>
            <w:vAlign w:val="center"/>
          </w:tcPr>
          <w:p w14:paraId="20863693" w14:textId="77777777" w:rsidR="00655AAA" w:rsidRDefault="00000000">
            <w:r>
              <w:rPr>
                <w:sz w:val="17"/>
                <w:szCs w:val="17"/>
              </w:rPr>
              <w:t>____ / 3</w:t>
            </w:r>
          </w:p>
        </w:tc>
      </w:tr>
    </w:tbl>
    <w:p w14:paraId="0BBCD257" w14:textId="77777777" w:rsidR="00655AAA" w:rsidRDefault="00655AAA">
      <w:pPr>
        <w:spacing w:after="40"/>
        <w:rPr>
          <w:b/>
          <w:bCs/>
        </w:rPr>
      </w:pPr>
    </w:p>
    <w:p w14:paraId="65DE02BC" w14:textId="77777777" w:rsidR="00655AAA" w:rsidRDefault="00000000">
      <w:pPr>
        <w:spacing w:after="40"/>
      </w:pPr>
      <w:r>
        <w:rPr>
          <w:b/>
          <w:bCs/>
        </w:rPr>
        <w:t>TOTAL TAJWEED SCORE: ______ / 20</w:t>
      </w:r>
      <w:r>
        <w:t xml:space="preserve"> __________________________________________</w:t>
      </w:r>
    </w:p>
    <w:p w14:paraId="111BC9CE" w14:textId="77777777" w:rsidR="00655AAA" w:rsidRDefault="00000000">
      <w:pPr>
        <w:spacing w:after="40"/>
      </w:pPr>
      <w:r>
        <w:rPr>
          <w:b/>
          <w:bCs/>
        </w:rPr>
        <w:t>Tajweed teachers/programs studied with:</w:t>
      </w:r>
      <w:r>
        <w:t xml:space="preserve"> ___________________________________________</w:t>
      </w:r>
    </w:p>
    <w:p w14:paraId="72199FB3" w14:textId="77777777" w:rsidR="00655AAA" w:rsidRDefault="00000000">
      <w:pPr>
        <w:spacing w:after="40"/>
      </w:pPr>
      <w:r>
        <w:rPr>
          <w:b/>
          <w:bCs/>
        </w:rPr>
        <w:t xml:space="preserve">Approximate years of formal </w:t>
      </w:r>
      <w:proofErr w:type="spellStart"/>
      <w:r>
        <w:rPr>
          <w:b/>
          <w:bCs/>
        </w:rPr>
        <w:t>tajweed</w:t>
      </w:r>
      <w:proofErr w:type="spellEnd"/>
      <w:r>
        <w:rPr>
          <w:b/>
          <w:bCs/>
        </w:rPr>
        <w:t xml:space="preserve"> study:</w:t>
      </w:r>
      <w:r>
        <w:t xml:space="preserve"> ________________________________________</w:t>
      </w:r>
    </w:p>
    <w:p w14:paraId="5C109B40" w14:textId="77777777" w:rsidR="00655AAA" w:rsidRDefault="00000000">
      <w:r>
        <w:rPr>
          <w:b/>
          <w:bCs/>
        </w:rPr>
        <w:t xml:space="preserve">Ijazah or formal certification: Yes/ </w:t>
      </w:r>
      <w:proofErr w:type="gramStart"/>
      <w:r>
        <w:rPr>
          <w:b/>
          <w:bCs/>
        </w:rPr>
        <w:t>No</w:t>
      </w:r>
      <w:r>
        <w:t xml:space="preserve">  If</w:t>
      </w:r>
      <w:proofErr w:type="gramEnd"/>
      <w:r>
        <w:t xml:space="preserve"> yes, describe: _________________________________________________</w:t>
      </w:r>
    </w:p>
    <w:p w14:paraId="0420BE72" w14:textId="77777777" w:rsidR="00655AAA" w:rsidRDefault="00000000">
      <w:pPr>
        <w:pStyle w:val="Heading1"/>
        <w:spacing w:before="100" w:after="60"/>
      </w:pPr>
      <w:r>
        <w:t>Section 5. Qur’anic Knowledge and Understanding — 30 Points</w:t>
      </w:r>
    </w:p>
    <w:p w14:paraId="7736C6DF" w14:textId="77777777" w:rsidR="00655AAA" w:rsidRDefault="00000000">
      <w:r>
        <w:t xml:space="preserve">This section measures demonstrated understanding of the </w:t>
      </w:r>
      <w:proofErr w:type="spellStart"/>
      <w:r>
        <w:t>ayat</w:t>
      </w:r>
      <w:proofErr w:type="spellEnd"/>
      <w:r>
        <w:t xml:space="preserve"> of the Quran, not quantity of Quran memorized. Conduct a brief oral assessment using three passages: one may be selected by the applicant and at least two should be selected by the evaluator. </w:t>
      </w:r>
    </w:p>
    <w:p w14:paraId="0B784057" w14:textId="77777777" w:rsidR="00655AAA" w:rsidRDefault="00000000">
      <w:r>
        <w:t>Scoring guide: 5 = strong, accurate, substantive response; 4 = good command with minor gaps; 3 = adequate/basic understanding; 2 = partial or inconsistent understanding; 1 = minimal demonstrated knowledge; 0 = unable to demonstrate the competency.</w:t>
      </w:r>
    </w:p>
    <w:tbl>
      <w:tblPr>
        <w:tblStyle w:val="a1"/>
        <w:tblW w:w="103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56"/>
        <w:gridCol w:w="3456"/>
        <w:gridCol w:w="3456"/>
      </w:tblGrid>
      <w:tr w:rsidR="00655AAA" w14:paraId="3E8F474C" w14:textId="77777777">
        <w:trPr>
          <w:jc w:val="center"/>
        </w:trPr>
        <w:tc>
          <w:tcPr>
            <w:tcW w:w="3456" w:type="dxa"/>
            <w:shd w:val="clear" w:color="auto" w:fill="D9EAF7"/>
            <w:vAlign w:val="center"/>
          </w:tcPr>
          <w:p w14:paraId="1F490FAA" w14:textId="77777777" w:rsidR="00655AAA" w:rsidRDefault="00000000">
            <w:r>
              <w:rPr>
                <w:b/>
                <w:bCs/>
                <w:sz w:val="17"/>
                <w:szCs w:val="17"/>
              </w:rPr>
              <w:t>Demonstrated Competency</w:t>
            </w:r>
          </w:p>
        </w:tc>
        <w:tc>
          <w:tcPr>
            <w:tcW w:w="3456" w:type="dxa"/>
            <w:shd w:val="clear" w:color="auto" w:fill="D9EAF7"/>
            <w:vAlign w:val="center"/>
          </w:tcPr>
          <w:p w14:paraId="50EAC03A" w14:textId="77777777" w:rsidR="00655AAA" w:rsidRDefault="00000000">
            <w:r>
              <w:rPr>
                <w:b/>
                <w:bCs/>
                <w:sz w:val="17"/>
                <w:szCs w:val="17"/>
              </w:rPr>
              <w:t>Maximum</w:t>
            </w:r>
          </w:p>
        </w:tc>
        <w:tc>
          <w:tcPr>
            <w:tcW w:w="3456" w:type="dxa"/>
            <w:shd w:val="clear" w:color="auto" w:fill="D9EAF7"/>
            <w:vAlign w:val="center"/>
          </w:tcPr>
          <w:p w14:paraId="58DD583F" w14:textId="77777777" w:rsidR="00655AAA" w:rsidRDefault="00000000">
            <w:r>
              <w:rPr>
                <w:b/>
                <w:bCs/>
                <w:sz w:val="17"/>
                <w:szCs w:val="17"/>
              </w:rPr>
              <w:t>Score</w:t>
            </w:r>
          </w:p>
        </w:tc>
      </w:tr>
      <w:tr w:rsidR="00655AAA" w14:paraId="0FB5F010" w14:textId="77777777">
        <w:trPr>
          <w:jc w:val="center"/>
        </w:trPr>
        <w:tc>
          <w:tcPr>
            <w:tcW w:w="3456" w:type="dxa"/>
            <w:vAlign w:val="center"/>
          </w:tcPr>
          <w:p w14:paraId="19AF035B" w14:textId="77777777" w:rsidR="00655AAA" w:rsidRDefault="00000000">
            <w:r>
              <w:rPr>
                <w:sz w:val="17"/>
                <w:szCs w:val="17"/>
              </w:rPr>
              <w:t>Explains the basic meaning of selected verses accurately</w:t>
            </w:r>
          </w:p>
        </w:tc>
        <w:tc>
          <w:tcPr>
            <w:tcW w:w="3456" w:type="dxa"/>
            <w:vAlign w:val="center"/>
          </w:tcPr>
          <w:p w14:paraId="6A207E3E" w14:textId="77777777" w:rsidR="00655AAA" w:rsidRDefault="00000000">
            <w:r>
              <w:rPr>
                <w:sz w:val="17"/>
                <w:szCs w:val="17"/>
              </w:rPr>
              <w:t>5</w:t>
            </w:r>
          </w:p>
        </w:tc>
        <w:tc>
          <w:tcPr>
            <w:tcW w:w="3456" w:type="dxa"/>
            <w:vAlign w:val="center"/>
          </w:tcPr>
          <w:p w14:paraId="7B97F599" w14:textId="77777777" w:rsidR="00655AAA" w:rsidRDefault="00000000">
            <w:r>
              <w:rPr>
                <w:sz w:val="17"/>
                <w:szCs w:val="17"/>
              </w:rPr>
              <w:t>____ / 5</w:t>
            </w:r>
          </w:p>
        </w:tc>
      </w:tr>
      <w:tr w:rsidR="00655AAA" w14:paraId="2D3D6D12" w14:textId="77777777">
        <w:trPr>
          <w:jc w:val="center"/>
        </w:trPr>
        <w:tc>
          <w:tcPr>
            <w:tcW w:w="3456" w:type="dxa"/>
            <w:vAlign w:val="center"/>
          </w:tcPr>
          <w:p w14:paraId="51C7447E" w14:textId="77777777" w:rsidR="00655AAA" w:rsidRDefault="00000000">
            <w:r>
              <w:rPr>
                <w:sz w:val="17"/>
                <w:szCs w:val="17"/>
              </w:rPr>
              <w:t>Identifies major themes, teachings, and lessons</w:t>
            </w:r>
          </w:p>
        </w:tc>
        <w:tc>
          <w:tcPr>
            <w:tcW w:w="3456" w:type="dxa"/>
            <w:vAlign w:val="center"/>
          </w:tcPr>
          <w:p w14:paraId="649B75D4" w14:textId="77777777" w:rsidR="00655AAA" w:rsidRDefault="00000000">
            <w:r>
              <w:rPr>
                <w:sz w:val="17"/>
                <w:szCs w:val="17"/>
              </w:rPr>
              <w:t>5</w:t>
            </w:r>
          </w:p>
        </w:tc>
        <w:tc>
          <w:tcPr>
            <w:tcW w:w="3456" w:type="dxa"/>
            <w:vAlign w:val="center"/>
          </w:tcPr>
          <w:p w14:paraId="3B0440F9" w14:textId="77777777" w:rsidR="00655AAA" w:rsidRDefault="00000000">
            <w:r>
              <w:rPr>
                <w:sz w:val="17"/>
                <w:szCs w:val="17"/>
              </w:rPr>
              <w:t>____ / 5</w:t>
            </w:r>
          </w:p>
        </w:tc>
      </w:tr>
      <w:tr w:rsidR="00655AAA" w14:paraId="49FBCB79" w14:textId="77777777">
        <w:trPr>
          <w:jc w:val="center"/>
        </w:trPr>
        <w:tc>
          <w:tcPr>
            <w:tcW w:w="3456" w:type="dxa"/>
            <w:vAlign w:val="center"/>
          </w:tcPr>
          <w:p w14:paraId="288E127F" w14:textId="77777777" w:rsidR="00655AAA" w:rsidRDefault="00000000">
            <w:r>
              <w:rPr>
                <w:sz w:val="17"/>
                <w:szCs w:val="17"/>
              </w:rPr>
              <w:lastRenderedPageBreak/>
              <w:t>Explains relevant context/background where appropriate</w:t>
            </w:r>
          </w:p>
        </w:tc>
        <w:tc>
          <w:tcPr>
            <w:tcW w:w="3456" w:type="dxa"/>
            <w:vAlign w:val="center"/>
          </w:tcPr>
          <w:p w14:paraId="6D686C7F" w14:textId="77777777" w:rsidR="00655AAA" w:rsidRDefault="00000000">
            <w:r>
              <w:rPr>
                <w:sz w:val="17"/>
                <w:szCs w:val="17"/>
              </w:rPr>
              <w:t>5</w:t>
            </w:r>
          </w:p>
        </w:tc>
        <w:tc>
          <w:tcPr>
            <w:tcW w:w="3456" w:type="dxa"/>
            <w:vAlign w:val="center"/>
          </w:tcPr>
          <w:p w14:paraId="5A174696" w14:textId="77777777" w:rsidR="00655AAA" w:rsidRDefault="00000000">
            <w:r>
              <w:rPr>
                <w:sz w:val="17"/>
                <w:szCs w:val="17"/>
              </w:rPr>
              <w:t>____ / 5</w:t>
            </w:r>
          </w:p>
        </w:tc>
      </w:tr>
      <w:tr w:rsidR="00655AAA" w14:paraId="67D4CC1C" w14:textId="77777777">
        <w:trPr>
          <w:jc w:val="center"/>
        </w:trPr>
        <w:tc>
          <w:tcPr>
            <w:tcW w:w="3456" w:type="dxa"/>
            <w:vAlign w:val="center"/>
          </w:tcPr>
          <w:p w14:paraId="5BB9B8C6" w14:textId="77777777" w:rsidR="00655AAA" w:rsidRDefault="00000000">
            <w:r>
              <w:rPr>
                <w:sz w:val="17"/>
                <w:szCs w:val="17"/>
              </w:rPr>
              <w:t>Connects selected verses to related Qur’anic passages/themes</w:t>
            </w:r>
          </w:p>
        </w:tc>
        <w:tc>
          <w:tcPr>
            <w:tcW w:w="3456" w:type="dxa"/>
            <w:vAlign w:val="center"/>
          </w:tcPr>
          <w:p w14:paraId="7EF25945" w14:textId="77777777" w:rsidR="00655AAA" w:rsidRDefault="00000000">
            <w:r>
              <w:rPr>
                <w:sz w:val="17"/>
                <w:szCs w:val="17"/>
              </w:rPr>
              <w:t>5</w:t>
            </w:r>
          </w:p>
        </w:tc>
        <w:tc>
          <w:tcPr>
            <w:tcW w:w="3456" w:type="dxa"/>
            <w:vAlign w:val="center"/>
          </w:tcPr>
          <w:p w14:paraId="3257A800" w14:textId="77777777" w:rsidR="00655AAA" w:rsidRDefault="00000000">
            <w:r>
              <w:rPr>
                <w:sz w:val="17"/>
                <w:szCs w:val="17"/>
              </w:rPr>
              <w:t>____ / 5</w:t>
            </w:r>
          </w:p>
        </w:tc>
      </w:tr>
      <w:tr w:rsidR="00655AAA" w14:paraId="582A3737" w14:textId="77777777">
        <w:trPr>
          <w:jc w:val="center"/>
        </w:trPr>
        <w:tc>
          <w:tcPr>
            <w:tcW w:w="3456" w:type="dxa"/>
            <w:vAlign w:val="center"/>
          </w:tcPr>
          <w:p w14:paraId="69A72C48" w14:textId="77777777" w:rsidR="00655AAA" w:rsidRDefault="00000000">
            <w:r>
              <w:rPr>
                <w:sz w:val="17"/>
                <w:szCs w:val="17"/>
              </w:rPr>
              <w:t>Demonstrates knowledge grounded in recognized tafsir/study</w:t>
            </w:r>
          </w:p>
        </w:tc>
        <w:tc>
          <w:tcPr>
            <w:tcW w:w="3456" w:type="dxa"/>
            <w:vAlign w:val="center"/>
          </w:tcPr>
          <w:p w14:paraId="4D5AA564" w14:textId="77777777" w:rsidR="00655AAA" w:rsidRDefault="00000000">
            <w:r>
              <w:rPr>
                <w:sz w:val="17"/>
                <w:szCs w:val="17"/>
              </w:rPr>
              <w:t>5</w:t>
            </w:r>
          </w:p>
        </w:tc>
        <w:tc>
          <w:tcPr>
            <w:tcW w:w="3456" w:type="dxa"/>
            <w:vAlign w:val="center"/>
          </w:tcPr>
          <w:p w14:paraId="2987C200" w14:textId="77777777" w:rsidR="00655AAA" w:rsidRDefault="00000000">
            <w:r>
              <w:rPr>
                <w:sz w:val="17"/>
                <w:szCs w:val="17"/>
              </w:rPr>
              <w:t>____ / 5</w:t>
            </w:r>
          </w:p>
        </w:tc>
      </w:tr>
      <w:tr w:rsidR="00655AAA" w14:paraId="4CFCE345" w14:textId="77777777">
        <w:trPr>
          <w:jc w:val="center"/>
        </w:trPr>
        <w:tc>
          <w:tcPr>
            <w:tcW w:w="3456" w:type="dxa"/>
            <w:vAlign w:val="center"/>
          </w:tcPr>
          <w:p w14:paraId="6695222E" w14:textId="77777777" w:rsidR="00655AAA" w:rsidRDefault="00000000">
            <w:r>
              <w:rPr>
                <w:sz w:val="17"/>
                <w:szCs w:val="17"/>
              </w:rPr>
              <w:t>Distinguishes basic meaning/translation from deeper interpretation</w:t>
            </w:r>
          </w:p>
        </w:tc>
        <w:tc>
          <w:tcPr>
            <w:tcW w:w="3456" w:type="dxa"/>
            <w:vAlign w:val="center"/>
          </w:tcPr>
          <w:p w14:paraId="024D1974" w14:textId="77777777" w:rsidR="00655AAA" w:rsidRDefault="00000000">
            <w:r>
              <w:rPr>
                <w:sz w:val="17"/>
                <w:szCs w:val="17"/>
              </w:rPr>
              <w:t>5</w:t>
            </w:r>
          </w:p>
        </w:tc>
        <w:tc>
          <w:tcPr>
            <w:tcW w:w="3456" w:type="dxa"/>
            <w:vAlign w:val="center"/>
          </w:tcPr>
          <w:p w14:paraId="62D62957" w14:textId="77777777" w:rsidR="00655AAA" w:rsidRDefault="00000000">
            <w:r>
              <w:rPr>
                <w:sz w:val="17"/>
                <w:szCs w:val="17"/>
              </w:rPr>
              <w:t>____ / 5</w:t>
            </w:r>
          </w:p>
        </w:tc>
      </w:tr>
    </w:tbl>
    <w:p w14:paraId="1CA7B7CB" w14:textId="77777777" w:rsidR="00655AAA" w:rsidRDefault="00655AAA">
      <w:pPr>
        <w:spacing w:after="40"/>
        <w:rPr>
          <w:b/>
          <w:bCs/>
        </w:rPr>
      </w:pPr>
    </w:p>
    <w:p w14:paraId="6942A589" w14:textId="77777777" w:rsidR="00655AAA" w:rsidRDefault="00000000">
      <w:pPr>
        <w:spacing w:after="40"/>
      </w:pPr>
      <w:r>
        <w:rPr>
          <w:b/>
          <w:bCs/>
        </w:rPr>
        <w:t>Passages used for oral assessment:</w:t>
      </w:r>
      <w:r>
        <w:t xml:space="preserve"> _____________________________________________</w:t>
      </w:r>
    </w:p>
    <w:p w14:paraId="3CD55ADA" w14:textId="77777777" w:rsidR="00655AAA" w:rsidRDefault="00000000">
      <w:pPr>
        <w:spacing w:after="40"/>
      </w:pPr>
      <w:r>
        <w:rPr>
          <w:b/>
          <w:bCs/>
        </w:rPr>
        <w:t>TOTAL KNOWLEDGE SCORE: ______ / 30</w:t>
      </w:r>
      <w:r>
        <w:t xml:space="preserve"> _________________________________________</w:t>
      </w:r>
    </w:p>
    <w:p w14:paraId="600B2E1E" w14:textId="77777777" w:rsidR="00655AAA" w:rsidRDefault="00655AAA">
      <w:pPr>
        <w:spacing w:after="40"/>
      </w:pPr>
    </w:p>
    <w:p w14:paraId="27F51555" w14:textId="77777777" w:rsidR="00655AAA" w:rsidRDefault="00000000">
      <w:pPr>
        <w:pStyle w:val="Heading1"/>
        <w:spacing w:before="100" w:after="60"/>
      </w:pPr>
      <w:r>
        <w:t>Section 6. Documented Serious Study — 10 Points</w:t>
      </w:r>
    </w:p>
    <w:p w14:paraId="00402EF5" w14:textId="77777777" w:rsidR="00655AAA" w:rsidRDefault="00000000">
      <w:r>
        <w:t>This section records sustained serious study that supports Qur’anic understanding.</w:t>
      </w:r>
    </w:p>
    <w:p w14:paraId="39560EA6" w14:textId="77777777" w:rsidR="00655AAA" w:rsidRDefault="00000000">
      <w:r>
        <w:rPr>
          <w:b/>
          <w:bCs/>
        </w:rPr>
        <w:t>A. Arabic Study — up to 5 points</w:t>
      </w:r>
    </w:p>
    <w:p w14:paraId="357CBF23" w14:textId="77777777" w:rsidR="00655AAA" w:rsidRDefault="00000000">
      <w:r>
        <w:t>Scoring guide: 0 = none; 1 = introductory exposure; 2 = approximately 1 year of structured study; 3 = approximately 2 years; 4 = 3+ years with demonstrated grammar/vocabulary competency; 5 = advanced study and demonstrated ability to engage Qur’anic Arabic with limited reliance on translation.</w:t>
      </w:r>
    </w:p>
    <w:p w14:paraId="0DBD78DC" w14:textId="77777777" w:rsidR="00655AAA" w:rsidRDefault="00000000">
      <w:pPr>
        <w:spacing w:after="40"/>
      </w:pPr>
      <w:r>
        <w:rPr>
          <w:b/>
          <w:bCs/>
        </w:rPr>
        <w:t>Years of formal/structured Arabic study:</w:t>
      </w:r>
      <w:r>
        <w:t xml:space="preserve"> ___________________________________________</w:t>
      </w:r>
    </w:p>
    <w:p w14:paraId="38D24CEA" w14:textId="77777777" w:rsidR="00655AAA" w:rsidRDefault="00000000">
      <w:pPr>
        <w:spacing w:after="40"/>
      </w:pPr>
      <w:r>
        <w:rPr>
          <w:b/>
          <w:bCs/>
        </w:rPr>
        <w:t>Approximate instructional hours, if known:</w:t>
      </w:r>
      <w:r>
        <w:t xml:space="preserve"> _______________________________________</w:t>
      </w:r>
    </w:p>
    <w:p w14:paraId="76DD814D" w14:textId="77777777" w:rsidR="00655AAA" w:rsidRDefault="00000000">
      <w:pPr>
        <w:spacing w:after="40"/>
      </w:pPr>
      <w:r>
        <w:rPr>
          <w:b/>
          <w:bCs/>
        </w:rPr>
        <w:t>Highest course/level/text completed:</w:t>
      </w:r>
      <w:r>
        <w:t xml:space="preserve"> _____________________________________________</w:t>
      </w:r>
    </w:p>
    <w:p w14:paraId="2AB64E13" w14:textId="77777777" w:rsidR="00655AAA" w:rsidRDefault="00000000">
      <w:pPr>
        <w:spacing w:after="40"/>
      </w:pPr>
      <w:r>
        <w:rPr>
          <w:b/>
          <w:bCs/>
        </w:rPr>
        <w:t>Teachers/institutions:</w:t>
      </w:r>
      <w:r>
        <w:t xml:space="preserve"> ___________________________________________________</w:t>
      </w:r>
    </w:p>
    <w:p w14:paraId="2EDE0658" w14:textId="77777777" w:rsidR="00655AAA" w:rsidRDefault="00000000">
      <w:r>
        <w:t xml:space="preserve">Ability to read </w:t>
      </w:r>
      <w:proofErr w:type="spellStart"/>
      <w:r>
        <w:t>unvowelled</w:t>
      </w:r>
      <w:proofErr w:type="spellEnd"/>
      <w:r>
        <w:t xml:space="preserve"> Arabic prose:  ☐ Strong   ☐ Functional   ☐ Limited   ☐ Not demonstrated</w:t>
      </w:r>
    </w:p>
    <w:p w14:paraId="16A636D6" w14:textId="77777777" w:rsidR="00655AAA" w:rsidRDefault="00000000">
      <w:r>
        <w:rPr>
          <w:b/>
          <w:bCs/>
        </w:rPr>
        <w:t>Arabic Study Score: ______ / 5</w:t>
      </w:r>
      <w:r>
        <w:t xml:space="preserve"> _____________________________________________</w:t>
      </w:r>
    </w:p>
    <w:p w14:paraId="0192738E" w14:textId="77777777" w:rsidR="00655AAA" w:rsidRDefault="00655AAA">
      <w:pPr>
        <w:spacing w:before="80"/>
        <w:rPr>
          <w:b/>
          <w:bCs/>
        </w:rPr>
      </w:pPr>
    </w:p>
    <w:p w14:paraId="6A67D0D2" w14:textId="77777777" w:rsidR="00655AAA" w:rsidRDefault="00000000">
      <w:pPr>
        <w:spacing w:before="80"/>
      </w:pPr>
      <w:r>
        <w:rPr>
          <w:b/>
          <w:bCs/>
        </w:rPr>
        <w:t>B. Tafsir / Qur’anic Studies — up to 5 points</w:t>
      </w:r>
    </w:p>
    <w:p w14:paraId="2BC2F803" w14:textId="77777777" w:rsidR="00655AAA" w:rsidRDefault="00000000">
      <w:r>
        <w:t>Scoring guide: 0 = no substantive study; 1 = limited independent reading; 2 = sustained study of selected surahs/topics; 3 = structured study covering a substantial portion of the Qur’an; 4 = extensive structured study using recognized tafsir works; 5 = advanced, sustained study with demonstrated ability to compare/explain tafsir discussions responsibly.</w:t>
      </w:r>
    </w:p>
    <w:p w14:paraId="71B1435C" w14:textId="77777777" w:rsidR="00655AAA" w:rsidRDefault="00000000">
      <w:pPr>
        <w:spacing w:after="40"/>
      </w:pPr>
      <w:r>
        <w:rPr>
          <w:b/>
          <w:bCs/>
        </w:rPr>
        <w:t>Tafsir works studied in whole or substantial part:</w:t>
      </w:r>
      <w:r>
        <w:t xml:space="preserve"> ____________________________________</w:t>
      </w:r>
    </w:p>
    <w:p w14:paraId="38720A12" w14:textId="77777777" w:rsidR="00655AAA" w:rsidRDefault="00000000">
      <w:pPr>
        <w:spacing w:after="40"/>
      </w:pPr>
      <w:r>
        <w:rPr>
          <w:b/>
          <w:bCs/>
        </w:rPr>
        <w:t>Surahs/</w:t>
      </w:r>
      <w:proofErr w:type="spellStart"/>
      <w:r>
        <w:rPr>
          <w:b/>
          <w:bCs/>
        </w:rPr>
        <w:t>juz</w:t>
      </w:r>
      <w:proofErr w:type="spellEnd"/>
      <w:r>
        <w:rPr>
          <w:b/>
          <w:bCs/>
        </w:rPr>
        <w:t>/topics covered:</w:t>
      </w:r>
      <w:r>
        <w:t xml:space="preserve"> _________________________________________________</w:t>
      </w:r>
    </w:p>
    <w:p w14:paraId="09F932BA" w14:textId="77777777" w:rsidR="00655AAA" w:rsidRDefault="00000000">
      <w:pPr>
        <w:spacing w:after="40"/>
      </w:pPr>
      <w:r>
        <w:rPr>
          <w:b/>
          <w:bCs/>
        </w:rPr>
        <w:t>Studied with instructor/program or independently:</w:t>
      </w:r>
      <w:r>
        <w:t xml:space="preserve"> ______________________________________</w:t>
      </w:r>
    </w:p>
    <w:p w14:paraId="381BC969" w14:textId="77777777" w:rsidR="00655AAA" w:rsidRDefault="00000000">
      <w:pPr>
        <w:spacing w:after="40"/>
      </w:pPr>
      <w:r>
        <w:rPr>
          <w:b/>
          <w:bCs/>
        </w:rPr>
        <w:t>Approximate duration/hours:</w:t>
      </w:r>
      <w:r>
        <w:t xml:space="preserve"> _________________________________________________</w:t>
      </w:r>
    </w:p>
    <w:p w14:paraId="1D0A91B2" w14:textId="77777777" w:rsidR="00655AAA" w:rsidRDefault="00000000">
      <w:pPr>
        <w:spacing w:after="40"/>
      </w:pPr>
      <w:r>
        <w:rPr>
          <w:b/>
          <w:bCs/>
        </w:rPr>
        <w:t>Other Qur’anic sciences courses/texts completed:</w:t>
      </w:r>
      <w:r>
        <w:t xml:space="preserve"> _______________________________________</w:t>
      </w:r>
    </w:p>
    <w:p w14:paraId="39841741" w14:textId="77777777" w:rsidR="00655AAA" w:rsidRDefault="00000000">
      <w:pPr>
        <w:spacing w:after="40"/>
      </w:pPr>
      <w:r>
        <w:rPr>
          <w:b/>
          <w:bCs/>
        </w:rPr>
        <w:t>Tafsir / Qur’anic Studies Score: ______ / 5</w:t>
      </w:r>
      <w:r>
        <w:t xml:space="preserve"> _______________________________________</w:t>
      </w:r>
    </w:p>
    <w:p w14:paraId="1B7CFE4B" w14:textId="77777777" w:rsidR="00655AAA" w:rsidRDefault="00655AAA">
      <w:pPr>
        <w:spacing w:after="40"/>
        <w:rPr>
          <w:b/>
          <w:bCs/>
        </w:rPr>
      </w:pPr>
    </w:p>
    <w:p w14:paraId="25344962" w14:textId="77777777" w:rsidR="00655AAA" w:rsidRDefault="00000000">
      <w:pPr>
        <w:spacing w:after="40"/>
      </w:pPr>
      <w:r>
        <w:rPr>
          <w:b/>
          <w:bCs/>
        </w:rPr>
        <w:t>C. TOTAL SERIOUS STUDY SCORE: ______ / 10</w:t>
      </w:r>
      <w:r>
        <w:t xml:space="preserve"> _______________________________________</w:t>
      </w:r>
    </w:p>
    <w:p w14:paraId="61EFE8AD" w14:textId="77777777" w:rsidR="00655AAA" w:rsidRDefault="00655AAA">
      <w:pPr>
        <w:spacing w:after="40"/>
      </w:pPr>
    </w:p>
    <w:p w14:paraId="4BBE17E7" w14:textId="77777777" w:rsidR="00655AAA" w:rsidRDefault="00000000">
      <w:pPr>
        <w:pStyle w:val="Heading1"/>
        <w:pageBreakBefore/>
        <w:spacing w:before="100" w:after="60"/>
      </w:pPr>
      <w:r>
        <w:lastRenderedPageBreak/>
        <w:t>Section 7. Score Summary and Overall Evaluation</w:t>
      </w:r>
    </w:p>
    <w:tbl>
      <w:tblPr>
        <w:tblStyle w:val="a2"/>
        <w:tblW w:w="77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50"/>
        <w:gridCol w:w="1500"/>
        <w:gridCol w:w="2805"/>
      </w:tblGrid>
      <w:tr w:rsidR="00655AAA" w14:paraId="4BAE96C6" w14:textId="77777777">
        <w:trPr>
          <w:jc w:val="center"/>
        </w:trPr>
        <w:tc>
          <w:tcPr>
            <w:tcW w:w="3450" w:type="dxa"/>
            <w:shd w:val="clear" w:color="auto" w:fill="D9EAF7"/>
            <w:vAlign w:val="center"/>
          </w:tcPr>
          <w:p w14:paraId="56A7D7B4" w14:textId="77777777" w:rsidR="00655AAA" w:rsidRDefault="00000000">
            <w:pPr>
              <w:spacing w:line="360" w:lineRule="auto"/>
              <w:rPr>
                <w:sz w:val="25"/>
                <w:szCs w:val="25"/>
              </w:rPr>
            </w:pPr>
            <w:r>
              <w:rPr>
                <w:b/>
                <w:bCs/>
                <w:sz w:val="23"/>
                <w:szCs w:val="23"/>
              </w:rPr>
              <w:t>Area</w:t>
            </w:r>
          </w:p>
        </w:tc>
        <w:tc>
          <w:tcPr>
            <w:tcW w:w="1500" w:type="dxa"/>
            <w:shd w:val="clear" w:color="auto" w:fill="D9EAF7"/>
            <w:vAlign w:val="center"/>
          </w:tcPr>
          <w:p w14:paraId="000AE59E" w14:textId="77777777" w:rsidR="00655AAA" w:rsidRDefault="00000000">
            <w:pPr>
              <w:spacing w:line="360" w:lineRule="auto"/>
              <w:rPr>
                <w:sz w:val="25"/>
                <w:szCs w:val="25"/>
              </w:rPr>
            </w:pPr>
            <w:r>
              <w:rPr>
                <w:b/>
                <w:bCs/>
                <w:sz w:val="23"/>
                <w:szCs w:val="23"/>
              </w:rPr>
              <w:t>Maximum</w:t>
            </w:r>
          </w:p>
        </w:tc>
        <w:tc>
          <w:tcPr>
            <w:tcW w:w="2805" w:type="dxa"/>
            <w:shd w:val="clear" w:color="auto" w:fill="D9EAF7"/>
            <w:vAlign w:val="center"/>
          </w:tcPr>
          <w:p w14:paraId="3D178DFA" w14:textId="77777777" w:rsidR="00655AAA" w:rsidRDefault="00000000">
            <w:pPr>
              <w:spacing w:line="360" w:lineRule="auto"/>
              <w:rPr>
                <w:sz w:val="25"/>
                <w:szCs w:val="25"/>
              </w:rPr>
            </w:pPr>
            <w:r>
              <w:rPr>
                <w:b/>
                <w:bCs/>
                <w:sz w:val="23"/>
                <w:szCs w:val="23"/>
              </w:rPr>
              <w:t>Applicant Score</w:t>
            </w:r>
          </w:p>
        </w:tc>
      </w:tr>
      <w:tr w:rsidR="00655AAA" w14:paraId="6509EF25" w14:textId="77777777">
        <w:trPr>
          <w:jc w:val="center"/>
        </w:trPr>
        <w:tc>
          <w:tcPr>
            <w:tcW w:w="3450" w:type="dxa"/>
            <w:vAlign w:val="center"/>
          </w:tcPr>
          <w:p w14:paraId="03DB0113" w14:textId="77777777" w:rsidR="00655AAA" w:rsidRDefault="00000000">
            <w:pPr>
              <w:spacing w:line="360" w:lineRule="auto"/>
              <w:rPr>
                <w:sz w:val="23"/>
                <w:szCs w:val="23"/>
              </w:rPr>
            </w:pPr>
            <w:r>
              <w:rPr>
                <w:sz w:val="23"/>
                <w:szCs w:val="23"/>
              </w:rPr>
              <w:t>Verified Memorization</w:t>
            </w:r>
          </w:p>
        </w:tc>
        <w:tc>
          <w:tcPr>
            <w:tcW w:w="1500" w:type="dxa"/>
            <w:vAlign w:val="center"/>
          </w:tcPr>
          <w:p w14:paraId="03C4F2E6" w14:textId="77777777" w:rsidR="00655AAA" w:rsidRDefault="00000000">
            <w:pPr>
              <w:spacing w:line="360" w:lineRule="auto"/>
              <w:rPr>
                <w:sz w:val="25"/>
                <w:szCs w:val="25"/>
              </w:rPr>
            </w:pPr>
            <w:r>
              <w:rPr>
                <w:sz w:val="23"/>
                <w:szCs w:val="23"/>
              </w:rPr>
              <w:t>40</w:t>
            </w:r>
          </w:p>
        </w:tc>
        <w:tc>
          <w:tcPr>
            <w:tcW w:w="2805" w:type="dxa"/>
            <w:vAlign w:val="center"/>
          </w:tcPr>
          <w:p w14:paraId="35A70F7D" w14:textId="77777777" w:rsidR="00655AAA" w:rsidRDefault="00000000">
            <w:pPr>
              <w:spacing w:line="360" w:lineRule="auto"/>
              <w:rPr>
                <w:sz w:val="25"/>
                <w:szCs w:val="25"/>
              </w:rPr>
            </w:pPr>
            <w:r>
              <w:rPr>
                <w:sz w:val="23"/>
                <w:szCs w:val="23"/>
              </w:rPr>
              <w:t>____ / 40</w:t>
            </w:r>
          </w:p>
        </w:tc>
      </w:tr>
      <w:tr w:rsidR="00655AAA" w14:paraId="225CF656" w14:textId="77777777">
        <w:trPr>
          <w:jc w:val="center"/>
        </w:trPr>
        <w:tc>
          <w:tcPr>
            <w:tcW w:w="3450" w:type="dxa"/>
            <w:vAlign w:val="center"/>
          </w:tcPr>
          <w:p w14:paraId="49285C3F" w14:textId="77777777" w:rsidR="00655AAA" w:rsidRDefault="00000000">
            <w:pPr>
              <w:spacing w:line="360" w:lineRule="auto"/>
              <w:rPr>
                <w:sz w:val="25"/>
                <w:szCs w:val="25"/>
              </w:rPr>
            </w:pPr>
            <w:r>
              <w:rPr>
                <w:sz w:val="23"/>
                <w:szCs w:val="23"/>
              </w:rPr>
              <w:t>Tajweed and Recitation</w:t>
            </w:r>
          </w:p>
        </w:tc>
        <w:tc>
          <w:tcPr>
            <w:tcW w:w="1500" w:type="dxa"/>
            <w:vAlign w:val="center"/>
          </w:tcPr>
          <w:p w14:paraId="2C67B5C1" w14:textId="77777777" w:rsidR="00655AAA" w:rsidRDefault="00000000">
            <w:pPr>
              <w:spacing w:line="360" w:lineRule="auto"/>
              <w:rPr>
                <w:sz w:val="25"/>
                <w:szCs w:val="25"/>
              </w:rPr>
            </w:pPr>
            <w:r>
              <w:rPr>
                <w:sz w:val="23"/>
                <w:szCs w:val="23"/>
              </w:rPr>
              <w:t>20</w:t>
            </w:r>
          </w:p>
        </w:tc>
        <w:tc>
          <w:tcPr>
            <w:tcW w:w="2805" w:type="dxa"/>
            <w:vAlign w:val="center"/>
          </w:tcPr>
          <w:p w14:paraId="21B470ED" w14:textId="77777777" w:rsidR="00655AAA" w:rsidRDefault="00000000">
            <w:pPr>
              <w:spacing w:line="360" w:lineRule="auto"/>
              <w:rPr>
                <w:sz w:val="25"/>
                <w:szCs w:val="25"/>
              </w:rPr>
            </w:pPr>
            <w:r>
              <w:rPr>
                <w:sz w:val="23"/>
                <w:szCs w:val="23"/>
              </w:rPr>
              <w:t>____ / 20</w:t>
            </w:r>
          </w:p>
        </w:tc>
      </w:tr>
      <w:tr w:rsidR="00655AAA" w14:paraId="2CFF3E67" w14:textId="77777777">
        <w:trPr>
          <w:jc w:val="center"/>
        </w:trPr>
        <w:tc>
          <w:tcPr>
            <w:tcW w:w="3450" w:type="dxa"/>
            <w:vAlign w:val="center"/>
          </w:tcPr>
          <w:p w14:paraId="63630A98" w14:textId="77777777" w:rsidR="00655AAA" w:rsidRDefault="00000000">
            <w:pPr>
              <w:spacing w:line="360" w:lineRule="auto"/>
              <w:rPr>
                <w:sz w:val="25"/>
                <w:szCs w:val="25"/>
              </w:rPr>
            </w:pPr>
            <w:r>
              <w:rPr>
                <w:sz w:val="23"/>
                <w:szCs w:val="23"/>
              </w:rPr>
              <w:t>Qur’anic Knowledge and Understanding</w:t>
            </w:r>
          </w:p>
        </w:tc>
        <w:tc>
          <w:tcPr>
            <w:tcW w:w="1500" w:type="dxa"/>
            <w:vAlign w:val="center"/>
          </w:tcPr>
          <w:p w14:paraId="699A62C0" w14:textId="77777777" w:rsidR="00655AAA" w:rsidRDefault="00000000">
            <w:pPr>
              <w:spacing w:line="360" w:lineRule="auto"/>
              <w:rPr>
                <w:sz w:val="25"/>
                <w:szCs w:val="25"/>
              </w:rPr>
            </w:pPr>
            <w:r>
              <w:rPr>
                <w:sz w:val="23"/>
                <w:szCs w:val="23"/>
              </w:rPr>
              <w:t>30</w:t>
            </w:r>
          </w:p>
        </w:tc>
        <w:tc>
          <w:tcPr>
            <w:tcW w:w="2805" w:type="dxa"/>
            <w:vAlign w:val="center"/>
          </w:tcPr>
          <w:p w14:paraId="62CB516A" w14:textId="77777777" w:rsidR="00655AAA" w:rsidRDefault="00000000">
            <w:pPr>
              <w:spacing w:line="360" w:lineRule="auto"/>
              <w:rPr>
                <w:sz w:val="25"/>
                <w:szCs w:val="25"/>
              </w:rPr>
            </w:pPr>
            <w:r>
              <w:rPr>
                <w:sz w:val="23"/>
                <w:szCs w:val="23"/>
              </w:rPr>
              <w:t>____ / 30</w:t>
            </w:r>
          </w:p>
        </w:tc>
      </w:tr>
      <w:tr w:rsidR="00655AAA" w14:paraId="7C74460B" w14:textId="77777777">
        <w:trPr>
          <w:jc w:val="center"/>
        </w:trPr>
        <w:tc>
          <w:tcPr>
            <w:tcW w:w="3450" w:type="dxa"/>
            <w:vAlign w:val="center"/>
          </w:tcPr>
          <w:p w14:paraId="5709C8AA" w14:textId="77777777" w:rsidR="00655AAA" w:rsidRDefault="00000000">
            <w:pPr>
              <w:spacing w:line="360" w:lineRule="auto"/>
              <w:rPr>
                <w:sz w:val="25"/>
                <w:szCs w:val="25"/>
              </w:rPr>
            </w:pPr>
            <w:r>
              <w:rPr>
                <w:sz w:val="23"/>
                <w:szCs w:val="23"/>
              </w:rPr>
              <w:t>Documented Serious Study</w:t>
            </w:r>
          </w:p>
        </w:tc>
        <w:tc>
          <w:tcPr>
            <w:tcW w:w="1500" w:type="dxa"/>
            <w:vAlign w:val="center"/>
          </w:tcPr>
          <w:p w14:paraId="2D63F408" w14:textId="77777777" w:rsidR="00655AAA" w:rsidRDefault="00000000">
            <w:pPr>
              <w:spacing w:line="360" w:lineRule="auto"/>
              <w:rPr>
                <w:sz w:val="25"/>
                <w:szCs w:val="25"/>
              </w:rPr>
            </w:pPr>
            <w:r>
              <w:rPr>
                <w:sz w:val="23"/>
                <w:szCs w:val="23"/>
              </w:rPr>
              <w:t>10</w:t>
            </w:r>
          </w:p>
        </w:tc>
        <w:tc>
          <w:tcPr>
            <w:tcW w:w="2805" w:type="dxa"/>
            <w:vAlign w:val="center"/>
          </w:tcPr>
          <w:p w14:paraId="6E959B50" w14:textId="77777777" w:rsidR="00655AAA" w:rsidRDefault="00000000">
            <w:pPr>
              <w:spacing w:line="360" w:lineRule="auto"/>
              <w:rPr>
                <w:sz w:val="25"/>
                <w:szCs w:val="25"/>
              </w:rPr>
            </w:pPr>
            <w:r>
              <w:rPr>
                <w:sz w:val="23"/>
                <w:szCs w:val="23"/>
              </w:rPr>
              <w:t>____ / 10</w:t>
            </w:r>
          </w:p>
        </w:tc>
      </w:tr>
      <w:tr w:rsidR="00655AAA" w14:paraId="5896847A" w14:textId="77777777">
        <w:trPr>
          <w:jc w:val="center"/>
        </w:trPr>
        <w:tc>
          <w:tcPr>
            <w:tcW w:w="3450" w:type="dxa"/>
            <w:vAlign w:val="center"/>
          </w:tcPr>
          <w:p w14:paraId="13B0091D" w14:textId="77777777" w:rsidR="00655AAA" w:rsidRDefault="00000000">
            <w:pPr>
              <w:spacing w:line="360" w:lineRule="auto"/>
              <w:rPr>
                <w:sz w:val="25"/>
                <w:szCs w:val="25"/>
              </w:rPr>
            </w:pPr>
            <w:r>
              <w:rPr>
                <w:b/>
                <w:bCs/>
                <w:sz w:val="23"/>
                <w:szCs w:val="23"/>
              </w:rPr>
              <w:t>TOTAL</w:t>
            </w:r>
          </w:p>
        </w:tc>
        <w:tc>
          <w:tcPr>
            <w:tcW w:w="1500" w:type="dxa"/>
            <w:vAlign w:val="center"/>
          </w:tcPr>
          <w:p w14:paraId="635A4D6A" w14:textId="77777777" w:rsidR="00655AAA" w:rsidRDefault="00000000">
            <w:pPr>
              <w:spacing w:line="360" w:lineRule="auto"/>
              <w:rPr>
                <w:sz w:val="25"/>
                <w:szCs w:val="25"/>
              </w:rPr>
            </w:pPr>
            <w:r>
              <w:rPr>
                <w:b/>
                <w:bCs/>
                <w:sz w:val="23"/>
                <w:szCs w:val="23"/>
              </w:rPr>
              <w:t>100</w:t>
            </w:r>
          </w:p>
        </w:tc>
        <w:tc>
          <w:tcPr>
            <w:tcW w:w="2805" w:type="dxa"/>
            <w:vAlign w:val="center"/>
          </w:tcPr>
          <w:p w14:paraId="1A58B7F9" w14:textId="77777777" w:rsidR="00655AAA" w:rsidRDefault="00000000">
            <w:pPr>
              <w:spacing w:line="360" w:lineRule="auto"/>
              <w:rPr>
                <w:sz w:val="25"/>
                <w:szCs w:val="25"/>
              </w:rPr>
            </w:pPr>
            <w:r>
              <w:rPr>
                <w:b/>
                <w:bCs/>
                <w:sz w:val="23"/>
                <w:szCs w:val="23"/>
              </w:rPr>
              <w:t>____ / 100</w:t>
            </w:r>
          </w:p>
        </w:tc>
      </w:tr>
    </w:tbl>
    <w:p w14:paraId="21651EEE" w14:textId="77777777" w:rsidR="00655AAA" w:rsidRDefault="00655AAA">
      <w:pPr>
        <w:spacing w:before="80"/>
        <w:rPr>
          <w:b/>
          <w:bCs/>
          <w:sz w:val="17"/>
          <w:szCs w:val="17"/>
        </w:rPr>
      </w:pPr>
    </w:p>
    <w:p w14:paraId="3F604570" w14:textId="77777777" w:rsidR="00655AAA" w:rsidRDefault="00000000">
      <w:pPr>
        <w:spacing w:before="80"/>
      </w:pPr>
      <w:r>
        <w:rPr>
          <w:b/>
          <w:bCs/>
        </w:rPr>
        <w:t>Evaluator Recommendation (not additional points):</w:t>
      </w:r>
    </w:p>
    <w:p w14:paraId="6B549D45" w14:textId="77777777" w:rsidR="00655AAA" w:rsidRDefault="00000000">
      <w:r>
        <w:t>☐ Strongly Support     ☐ Support     ☐ Support with Reservation     ☐ Do Not Support</w:t>
      </w:r>
    </w:p>
    <w:p w14:paraId="28225A20" w14:textId="77777777" w:rsidR="00655AAA" w:rsidRDefault="00000000">
      <w:r>
        <w:t>Please explain any significant strengths, weaknesses, unusual circumstances, or reasons the numerical score may not fully capture the applicant:</w:t>
      </w:r>
    </w:p>
    <w:p w14:paraId="48E8536B" w14:textId="77777777" w:rsidR="00655AAA" w:rsidRDefault="00000000">
      <w:r>
        <w:t>__________________________________________________________________________________________________</w:t>
      </w:r>
    </w:p>
    <w:p w14:paraId="13D508E4" w14:textId="77777777" w:rsidR="00655AAA" w:rsidRDefault="00000000">
      <w:r>
        <w:t>__________________________________________________________________________________________________</w:t>
      </w:r>
    </w:p>
    <w:p w14:paraId="6EC2BE36" w14:textId="77777777" w:rsidR="00655AAA" w:rsidRDefault="00000000">
      <w:r>
        <w:t>__________________________________________________________________________________________________</w:t>
      </w:r>
    </w:p>
    <w:p w14:paraId="4007FDFA" w14:textId="77777777" w:rsidR="00655AAA" w:rsidRDefault="00000000">
      <w:r>
        <w:t>__________________________________________________________________________________________________</w:t>
      </w:r>
    </w:p>
    <w:p w14:paraId="0DA729EE" w14:textId="77777777" w:rsidR="00655AAA" w:rsidRDefault="00655AAA">
      <w:pPr>
        <w:pStyle w:val="Heading1"/>
        <w:spacing w:before="100" w:after="60"/>
      </w:pPr>
    </w:p>
    <w:p w14:paraId="61003539" w14:textId="77777777" w:rsidR="00655AAA" w:rsidRDefault="00000000">
      <w:pPr>
        <w:pStyle w:val="Heading1"/>
        <w:spacing w:before="100" w:after="60"/>
      </w:pPr>
      <w:r>
        <w:t>Section 8. Character, Discipline, and Qur’anic Practice — Narrative Only</w:t>
      </w:r>
    </w:p>
    <w:p w14:paraId="6006BA86" w14:textId="77777777" w:rsidR="00655AAA" w:rsidRDefault="00000000">
      <w:r>
        <w:t>This section is intentionally not included in the 100-point academic/verification score. If you have sufficient basis to judge, please comment on the applicant’s discipline in review, seriousness of study, adab, reliability, and ways that Qur’anic study appears to influence the applicant’s conduct.</w:t>
      </w:r>
    </w:p>
    <w:p w14:paraId="7D2E9951" w14:textId="77777777" w:rsidR="00655AAA" w:rsidRDefault="00000000">
      <w:r>
        <w:t>__________________________________________________________________________________________________</w:t>
      </w:r>
    </w:p>
    <w:p w14:paraId="7FBCB52E" w14:textId="77777777" w:rsidR="00655AAA" w:rsidRDefault="00000000">
      <w:r>
        <w:t>__________________________________________________________________________________________________</w:t>
      </w:r>
    </w:p>
    <w:p w14:paraId="057F9030" w14:textId="77777777" w:rsidR="00655AAA" w:rsidRDefault="00000000">
      <w:r>
        <w:t>__________________________________________________________________________________________________</w:t>
      </w:r>
    </w:p>
    <w:p w14:paraId="09CB3943" w14:textId="77777777" w:rsidR="00655AAA" w:rsidRDefault="00000000">
      <w:r>
        <w:t>__________________________________________________________________________________________________</w:t>
      </w:r>
    </w:p>
    <w:p w14:paraId="54607F2E" w14:textId="77777777" w:rsidR="00655AAA" w:rsidRDefault="00000000">
      <w:pPr>
        <w:pStyle w:val="Heading1"/>
        <w:spacing w:before="100" w:after="60"/>
      </w:pPr>
      <w:r>
        <w:t>Section 9. Certification</w:t>
      </w:r>
    </w:p>
    <w:p w14:paraId="14FBD843" w14:textId="77777777" w:rsidR="00655AAA" w:rsidRDefault="00000000">
      <w:r>
        <w:t>I certify that I am qualified to provide this evaluation; that I personally conducted or directly supervised the assessments represented above unless otherwise explained; and that the information provided reflects my honest assessment of the applicant.</w:t>
      </w:r>
    </w:p>
    <w:p w14:paraId="1CA43FEF" w14:textId="77777777" w:rsidR="00655AAA" w:rsidRDefault="00000000">
      <w:pPr>
        <w:spacing w:after="40"/>
      </w:pPr>
      <w:r>
        <w:rPr>
          <w:b/>
          <w:bCs/>
        </w:rPr>
        <w:t>Evaluator Signature:</w:t>
      </w:r>
      <w:r>
        <w:t xml:space="preserve"> ___________________________________________________</w:t>
      </w:r>
    </w:p>
    <w:p w14:paraId="64357323" w14:textId="77777777" w:rsidR="00655AAA" w:rsidRDefault="00000000">
      <w:pPr>
        <w:spacing w:after="40"/>
      </w:pPr>
      <w:r>
        <w:rPr>
          <w:b/>
          <w:bCs/>
        </w:rPr>
        <w:t>Date:</w:t>
      </w:r>
      <w:r>
        <w:t xml:space="preserve"> ______________________________________________________________</w:t>
      </w:r>
    </w:p>
    <w:p w14:paraId="718EF235" w14:textId="77777777" w:rsidR="00655AAA" w:rsidRDefault="00000000">
      <w:pPr>
        <w:spacing w:after="40"/>
      </w:pPr>
      <w:r>
        <w:rPr>
          <w:b/>
          <w:bCs/>
        </w:rPr>
        <w:t>If any portion was not personally assessed, explain:</w:t>
      </w:r>
      <w:r>
        <w:t xml:space="preserve"> _____________________________________</w:t>
      </w:r>
    </w:p>
    <w:p w14:paraId="13EEDC0F" w14:textId="77777777" w:rsidR="00655AAA" w:rsidRDefault="00655AAA"/>
    <w:sectPr w:rsidR="00655AAA">
      <w:headerReference w:type="default" r:id="rId8"/>
      <w:footerReference w:type="default" r:id="rId9"/>
      <w:pgSz w:w="12240" w:h="15840"/>
      <w:pgMar w:top="792" w:right="936" w:bottom="792" w:left="93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E1B82F" w14:textId="77777777" w:rsidR="00500B30" w:rsidRDefault="00500B30">
      <w:pPr>
        <w:spacing w:after="0" w:line="240" w:lineRule="auto"/>
      </w:pPr>
      <w:r>
        <w:separator/>
      </w:r>
    </w:p>
  </w:endnote>
  <w:endnote w:type="continuationSeparator" w:id="0">
    <w:p w14:paraId="107C466D" w14:textId="77777777" w:rsidR="00500B30" w:rsidRDefault="00500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24C1CC21-54D3-F24F-8D94-F6FB7BCDFAA8}"/>
    <w:embedBold r:id="rId2" w:fontKey="{BAF3663C-17AF-6248-BA95-62479815EAC6}"/>
    <w:embedItalic r:id="rId3" w:fontKey="{B7FFD538-9402-7E4A-AF8E-7F1E82A8AA97}"/>
    <w:embedBoldItalic r:id="rId4" w:fontKey="{3EA82D4D-E98F-2D42-B21A-140DFC8B8AB3}"/>
  </w:font>
  <w:font w:name="Calibri">
    <w:panose1 w:val="020F0502020204030204"/>
    <w:charset w:val="00"/>
    <w:family w:val="swiss"/>
    <w:pitch w:val="variable"/>
    <w:sig w:usb0="E0002AFF" w:usb1="C000247B" w:usb2="00000009" w:usb3="00000000" w:csb0="000001FF" w:csb1="00000000"/>
    <w:embedRegular r:id="rId5" w:fontKey="{50C6BC1C-AB7B-DB46-8240-1072F6358D56}"/>
    <w:embedBold r:id="rId6" w:fontKey="{1288FB0B-5F08-D441-A02C-CDAF52AB8E46}"/>
    <w:embedItalic r:id="rId7" w:fontKey="{00B6FDB4-47AB-5047-8FD5-CFB58002BED8}"/>
    <w:embedBoldItalic r:id="rId8" w:fontKey="{65830DD8-FE74-2E45-B03E-60B9A93208B0}"/>
  </w:font>
  <w:font w:name="Times New Roman">
    <w:panose1 w:val="02020603050405020304"/>
    <w:charset w:val="00"/>
    <w:family w:val="roman"/>
    <w:pitch w:val="variable"/>
    <w:sig w:usb0="E0002EFF" w:usb1="C000785B" w:usb2="00000009" w:usb3="00000000" w:csb0="000001FF" w:csb1="00000000"/>
    <w:embedRegular r:id="rId9" w:fontKey="{D21B2E09-285F-E241-8ABA-0B7D995251AB}"/>
    <w:embedBold r:id="rId10" w:fontKey="{405C8855-CA41-D44E-8459-AEC4227F355A}"/>
    <w:embedItalic r:id="rId11" w:fontKey="{D34CD4FF-0C5A-6742-9E2E-826DA3335C84}"/>
    <w:embedBoldItalic r:id="rId12" w:fontKey="{A7D5FABB-B035-ED4D-B4B4-60E864445188}"/>
  </w:font>
  <w:font w:name="Courier">
    <w:panose1 w:val="02070309020205020404"/>
    <w:charset w:val="00"/>
    <w:family w:val="modern"/>
    <w:pitch w:val="fixed"/>
    <w:sig w:usb0="00000003" w:usb1="00000000" w:usb2="00000000" w:usb3="00000000" w:csb0="00000001" w:csb1="00000000"/>
    <w:embedRegular r:id="rId13" w:fontKey="{512504E3-517A-C146-BB12-EC968AF5881A}"/>
  </w:font>
  <w:font w:name="Cambria">
    <w:panose1 w:val="02040503050406030204"/>
    <w:charset w:val="00"/>
    <w:family w:val="roman"/>
    <w:pitch w:val="variable"/>
    <w:sig w:usb0="E00006FF" w:usb1="420024FF" w:usb2="02000000" w:usb3="00000000" w:csb0="0000019F" w:csb1="00000000"/>
    <w:embedRegular r:id="rId14" w:fontKey="{EDB56BBD-8378-B745-BD66-9892B74AAC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035F3" w14:textId="77777777" w:rsidR="00655AAA"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sz w:val="15"/>
        <w:szCs w:val="15"/>
      </w:rPr>
      <w:t>Quantitative Verification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3EE3CA" w14:textId="77777777" w:rsidR="00500B30" w:rsidRDefault="00500B30">
      <w:pPr>
        <w:spacing w:after="0" w:line="240" w:lineRule="auto"/>
      </w:pPr>
      <w:r>
        <w:separator/>
      </w:r>
    </w:p>
  </w:footnote>
  <w:footnote w:type="continuationSeparator" w:id="0">
    <w:p w14:paraId="72D7C8DD" w14:textId="77777777" w:rsidR="00500B30" w:rsidRDefault="00500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D9F15A" w14:textId="77777777" w:rsidR="00655AAA"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sz w:val="15"/>
        <w:szCs w:val="15"/>
      </w:rPr>
      <w:t>MONIB FOUNDATION • QUR’AN SCHOLARSHIP VERIFICATION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441D78"/>
    <w:multiLevelType w:val="multilevel"/>
    <w:tmpl w:val="7F20530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50200099">
    <w:abstractNumId w:val="0"/>
  </w:num>
  <w:num w:numId="2" w16cid:durableId="3032444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4840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0688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85517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13686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AAA"/>
    <w:rsid w:val="00500B30"/>
    <w:rsid w:val="00655AAA"/>
    <w:rsid w:val="00C87460"/>
    <w:rsid w:val="00DB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F43AF2"/>
  <w15:docId w15:val="{95EA830F-633C-564D-ABB0-F2FC487CF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19"/>
        <w:szCs w:val="19"/>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6"/>
      <w:szCs w:val="26"/>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2"/>
      <w:szCs w:val="22"/>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b/>
      <w:bCs/>
      <w:color w:val="17365D"/>
      <w:sz w:val="36"/>
      <w:szCs w:val="3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v9jwjaKtXADHF/HoljcLSg2j7A==">CgMxLjA4AHIhMWZMdUJkOWEyU09oUTRzQmdROWtzQjdKX0NIdE14UkZq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1500</Words>
  <Characters>8553</Characters>
  <Application>Microsoft Office Word</Application>
  <DocSecurity>0</DocSecurity>
  <Lines>71</Lines>
  <Paragraphs>20</Paragraphs>
  <ScaleCrop>false</ScaleCrop>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Danielle Harper</cp:lastModifiedBy>
  <cp:revision>2</cp:revision>
  <dcterms:created xsi:type="dcterms:W3CDTF">2026-10-07T18:23:00Z</dcterms:created>
  <dcterms:modified xsi:type="dcterms:W3CDTF">2026-10-07T18:23:00Z</dcterms:modified>
</cp:coreProperties>
</file>